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B2710" w14:textId="77777777" w:rsidR="00CB4267" w:rsidRDefault="00000000">
      <w:pPr>
        <w:jc w:val="center"/>
      </w:pPr>
      <w:r>
        <w:rPr>
          <w:rFonts w:ascii="Times New Roman" w:eastAsia="標楷體" w:hAnsi="Times New Roman"/>
          <w:b/>
          <w:sz w:val="40"/>
        </w:rPr>
        <w:t>唐林旅行社股份有限公司</w:t>
      </w:r>
    </w:p>
    <w:p w14:paraId="30269AD5" w14:textId="77777777" w:rsidR="00CB4267" w:rsidRDefault="00000000">
      <w:pPr>
        <w:jc w:val="center"/>
        <w:rPr>
          <w:lang w:eastAsia="zh-TW"/>
        </w:rPr>
      </w:pPr>
      <w:bookmarkStart w:id="0" w:name="OLE_LINK1"/>
      <w:r>
        <w:rPr>
          <w:rFonts w:ascii="Times New Roman" w:eastAsia="標楷體" w:hAnsi="Times New Roman"/>
          <w:b/>
          <w:sz w:val="40"/>
          <w:lang w:eastAsia="zh-TW"/>
        </w:rPr>
        <w:t>東北冰雪嘉年華８日－哈爾濱冰雪大世界、太陽</w:t>
      </w:r>
      <w:proofErr w:type="gramStart"/>
      <w:r>
        <w:rPr>
          <w:rFonts w:ascii="Times New Roman" w:eastAsia="標楷體" w:hAnsi="Times New Roman"/>
          <w:b/>
          <w:sz w:val="40"/>
          <w:lang w:eastAsia="zh-TW"/>
        </w:rPr>
        <w:t>島雪博</w:t>
      </w:r>
      <w:proofErr w:type="gramEnd"/>
      <w:r>
        <w:rPr>
          <w:rFonts w:ascii="Times New Roman" w:eastAsia="標楷體" w:hAnsi="Times New Roman"/>
          <w:b/>
          <w:sz w:val="40"/>
          <w:lang w:eastAsia="zh-TW"/>
        </w:rPr>
        <w:t>會、松花江冰上活動、</w:t>
      </w:r>
      <w:proofErr w:type="gramStart"/>
      <w:r>
        <w:rPr>
          <w:rFonts w:ascii="Times New Roman" w:eastAsia="標楷體" w:hAnsi="Times New Roman"/>
          <w:b/>
          <w:sz w:val="40"/>
          <w:lang w:eastAsia="zh-TW"/>
        </w:rPr>
        <w:t>中國雪鄉</w:t>
      </w:r>
      <w:proofErr w:type="gramEnd"/>
      <w:r>
        <w:rPr>
          <w:rFonts w:ascii="Times New Roman" w:eastAsia="標楷體" w:hAnsi="Times New Roman"/>
          <w:b/>
          <w:sz w:val="40"/>
          <w:lang w:eastAsia="zh-TW"/>
        </w:rPr>
        <w:t>、牡丹江油畫村</w:t>
      </w:r>
      <w:r>
        <w:rPr>
          <w:rFonts w:ascii="Times New Roman" w:eastAsia="標楷體" w:hAnsi="Times New Roman"/>
          <w:b/>
          <w:sz w:val="40"/>
          <w:lang w:eastAsia="zh-TW"/>
        </w:rPr>
        <w:t>(</w:t>
      </w:r>
      <w:r>
        <w:rPr>
          <w:rFonts w:ascii="Times New Roman" w:eastAsia="標楷體" w:hAnsi="Times New Roman"/>
          <w:b/>
          <w:sz w:val="40"/>
          <w:lang w:eastAsia="zh-TW"/>
        </w:rPr>
        <w:t>自由行</w:t>
      </w:r>
      <w:r>
        <w:rPr>
          <w:rFonts w:ascii="Times New Roman" w:eastAsia="標楷體" w:hAnsi="Times New Roman"/>
          <w:b/>
          <w:sz w:val="40"/>
          <w:lang w:eastAsia="zh-TW"/>
        </w:rPr>
        <w:t>)</w:t>
      </w:r>
    </w:p>
    <w:tbl>
      <w:tblPr>
        <w:tblStyle w:val="aff2"/>
        <w:tblW w:w="0" w:type="auto"/>
        <w:tblLook w:val="04A0" w:firstRow="1" w:lastRow="0" w:firstColumn="1" w:lastColumn="0" w:noHBand="0" w:noVBand="1"/>
      </w:tblPr>
      <w:tblGrid>
        <w:gridCol w:w="5400"/>
        <w:gridCol w:w="5400"/>
      </w:tblGrid>
      <w:tr w:rsidR="00CB4267" w14:paraId="2B1F0F06" w14:textId="77777777">
        <w:tc>
          <w:tcPr>
            <w:tcW w:w="5400" w:type="dxa"/>
          </w:tcPr>
          <w:bookmarkEnd w:id="0"/>
          <w:p w14:paraId="540EA755" w14:textId="77777777" w:rsidR="00CB4267" w:rsidRDefault="00000000">
            <w:r>
              <w:rPr>
                <w:rFonts w:ascii="Times New Roman" w:eastAsia="標楷體" w:hAnsi="Times New Roman"/>
                <w:b/>
                <w:sz w:val="28"/>
              </w:rPr>
              <w:t>團</w:t>
            </w:r>
            <w:r>
              <w:rPr>
                <w:rFonts w:ascii="Times New Roman" w:eastAsia="標楷體" w:hAnsi="Times New Roman"/>
                <w:b/>
                <w:sz w:val="28"/>
              </w:rPr>
              <w:t xml:space="preserve">        </w:t>
            </w:r>
            <w:r>
              <w:rPr>
                <w:rFonts w:ascii="Times New Roman" w:eastAsia="標楷體" w:hAnsi="Times New Roman"/>
                <w:b/>
                <w:sz w:val="28"/>
              </w:rPr>
              <w:t>號</w:t>
            </w:r>
            <w:r>
              <w:rPr>
                <w:rFonts w:ascii="Times New Roman" w:eastAsia="標楷體" w:hAnsi="Times New Roman"/>
                <w:b/>
                <w:sz w:val="28"/>
              </w:rPr>
              <w:t>: HRB08251225A</w:t>
            </w:r>
          </w:p>
        </w:tc>
        <w:tc>
          <w:tcPr>
            <w:tcW w:w="5400" w:type="dxa"/>
          </w:tcPr>
          <w:p w14:paraId="51364C6F" w14:textId="77777777" w:rsidR="00CB4267" w:rsidRDefault="00000000">
            <w:r>
              <w:rPr>
                <w:rFonts w:ascii="Times New Roman" w:eastAsia="標楷體" w:hAnsi="Times New Roman"/>
                <w:b/>
                <w:sz w:val="28"/>
              </w:rPr>
              <w:t>列印日期</w:t>
            </w:r>
            <w:r>
              <w:rPr>
                <w:rFonts w:ascii="Times New Roman" w:eastAsia="標楷體" w:hAnsi="Times New Roman"/>
                <w:b/>
                <w:sz w:val="28"/>
              </w:rPr>
              <w:t>: 2025/05/22</w:t>
            </w:r>
          </w:p>
        </w:tc>
      </w:tr>
      <w:tr w:rsidR="00CB4267" w14:paraId="48E94BAF" w14:textId="77777777">
        <w:tc>
          <w:tcPr>
            <w:tcW w:w="5400" w:type="dxa"/>
          </w:tcPr>
          <w:p w14:paraId="619024B5" w14:textId="77777777" w:rsidR="00CB4267" w:rsidRDefault="00000000">
            <w:r>
              <w:rPr>
                <w:rFonts w:ascii="Times New Roman" w:eastAsia="標楷體" w:hAnsi="Times New Roman"/>
                <w:b/>
                <w:sz w:val="28"/>
              </w:rPr>
              <w:t>出發日期</w:t>
            </w:r>
            <w:r>
              <w:rPr>
                <w:rFonts w:ascii="Times New Roman" w:eastAsia="標楷體" w:hAnsi="Times New Roman"/>
                <w:b/>
                <w:sz w:val="28"/>
              </w:rPr>
              <w:t>: 2025/12/25</w:t>
            </w:r>
          </w:p>
        </w:tc>
        <w:tc>
          <w:tcPr>
            <w:tcW w:w="5400" w:type="dxa"/>
          </w:tcPr>
          <w:p w14:paraId="71DD1130" w14:textId="77777777" w:rsidR="00CB4267" w:rsidRDefault="00000000">
            <w:r>
              <w:rPr>
                <w:rFonts w:ascii="Times New Roman" w:eastAsia="標楷體" w:hAnsi="Times New Roman"/>
                <w:b/>
                <w:sz w:val="28"/>
              </w:rPr>
              <w:t>訂</w:t>
            </w:r>
            <w:r>
              <w:rPr>
                <w:rFonts w:ascii="Times New Roman" w:eastAsia="標楷體" w:hAnsi="Times New Roman"/>
                <w:b/>
                <w:sz w:val="28"/>
              </w:rPr>
              <w:t xml:space="preserve">        </w:t>
            </w:r>
            <w:r>
              <w:rPr>
                <w:rFonts w:ascii="Times New Roman" w:eastAsia="標楷體" w:hAnsi="Times New Roman"/>
                <w:b/>
                <w:sz w:val="28"/>
              </w:rPr>
              <w:t>金</w:t>
            </w:r>
            <w:r>
              <w:rPr>
                <w:rFonts w:ascii="Times New Roman" w:eastAsia="標楷體" w:hAnsi="Times New Roman"/>
                <w:b/>
                <w:sz w:val="28"/>
              </w:rPr>
              <w:t>: 10,000/</w:t>
            </w:r>
            <w:r>
              <w:rPr>
                <w:rFonts w:ascii="Times New Roman" w:eastAsia="標楷體" w:hAnsi="Times New Roman"/>
                <w:b/>
                <w:sz w:val="28"/>
              </w:rPr>
              <w:t>人</w:t>
            </w:r>
          </w:p>
        </w:tc>
      </w:tr>
      <w:tr w:rsidR="00CB4267" w14:paraId="5FF9C548" w14:textId="77777777">
        <w:tc>
          <w:tcPr>
            <w:tcW w:w="5400" w:type="dxa"/>
          </w:tcPr>
          <w:p w14:paraId="39094C1F" w14:textId="77777777" w:rsidR="00CB4267" w:rsidRDefault="00000000">
            <w:r>
              <w:rPr>
                <w:rFonts w:ascii="Times New Roman" w:eastAsia="標楷體" w:hAnsi="Times New Roman"/>
                <w:b/>
                <w:sz w:val="28"/>
              </w:rPr>
              <w:t>可售團位</w:t>
            </w:r>
            <w:r>
              <w:rPr>
                <w:rFonts w:ascii="Times New Roman" w:eastAsia="標楷體" w:hAnsi="Times New Roman"/>
                <w:b/>
                <w:sz w:val="28"/>
              </w:rPr>
              <w:t xml:space="preserve">: </w:t>
            </w:r>
            <w:r>
              <w:rPr>
                <w:rFonts w:ascii="Times New Roman" w:eastAsia="標楷體" w:hAnsi="Times New Roman"/>
                <w:b/>
                <w:sz w:val="28"/>
              </w:rPr>
              <w:t>請洽客服</w:t>
            </w:r>
          </w:p>
        </w:tc>
        <w:tc>
          <w:tcPr>
            <w:tcW w:w="5400" w:type="dxa"/>
          </w:tcPr>
          <w:p w14:paraId="34BA090B" w14:textId="77777777" w:rsidR="00CB4267" w:rsidRDefault="00000000">
            <w:pPr>
              <w:rPr>
                <w:lang w:eastAsia="zh-TW"/>
              </w:rPr>
            </w:pPr>
            <w:r>
              <w:rPr>
                <w:rFonts w:ascii="Times New Roman" w:eastAsia="標楷體" w:hAnsi="Times New Roman"/>
                <w:b/>
                <w:sz w:val="28"/>
                <w:lang w:eastAsia="zh-TW"/>
              </w:rPr>
              <w:t>※</w:t>
            </w:r>
            <w:r>
              <w:rPr>
                <w:rFonts w:ascii="Times New Roman" w:eastAsia="標楷體" w:hAnsi="Times New Roman"/>
                <w:b/>
                <w:sz w:val="28"/>
                <w:lang w:eastAsia="zh-TW"/>
              </w:rPr>
              <w:t>報價以網站公告為</w:t>
            </w:r>
            <w:proofErr w:type="gramStart"/>
            <w:r>
              <w:rPr>
                <w:rFonts w:ascii="Times New Roman" w:eastAsia="標楷體" w:hAnsi="Times New Roman"/>
                <w:b/>
                <w:sz w:val="28"/>
                <w:lang w:eastAsia="zh-TW"/>
              </w:rPr>
              <w:t>準</w:t>
            </w:r>
            <w:proofErr w:type="gramEnd"/>
          </w:p>
        </w:tc>
      </w:tr>
    </w:tbl>
    <w:tbl>
      <w:tblPr>
        <w:tblW w:w="0" w:type="auto"/>
        <w:tblLook w:val="04A0" w:firstRow="1" w:lastRow="0" w:firstColumn="1" w:lastColumn="0" w:noHBand="0" w:noVBand="1"/>
      </w:tblPr>
      <w:tblGrid>
        <w:gridCol w:w="10800"/>
      </w:tblGrid>
      <w:tr w:rsidR="00CB4267" w14:paraId="3692923E" w14:textId="77777777">
        <w:tc>
          <w:tcPr>
            <w:tcW w:w="10800" w:type="dxa"/>
          </w:tcPr>
          <w:p w14:paraId="0C1256A4" w14:textId="77777777" w:rsidR="00CB4267" w:rsidRDefault="00000000">
            <w:pPr>
              <w:rPr>
                <w:lang w:eastAsia="zh-TW"/>
              </w:rPr>
            </w:pPr>
            <w:r>
              <w:rPr>
                <w:rFonts w:ascii="Times New Roman" w:eastAsia="標楷體" w:hAnsi="Times New Roman"/>
                <w:sz w:val="24"/>
                <w:lang w:eastAsia="zh-TW"/>
              </w:rPr>
              <w:t xml:space="preserve">✔ </w:t>
            </w:r>
            <w:r>
              <w:rPr>
                <w:rFonts w:ascii="Times New Roman" w:eastAsia="標楷體" w:hAnsi="Times New Roman"/>
                <w:sz w:val="24"/>
                <w:lang w:eastAsia="zh-TW"/>
              </w:rPr>
              <w:t>費用</w:t>
            </w:r>
            <w:r>
              <w:rPr>
                <w:rFonts w:ascii="Times New Roman" w:eastAsia="標楷體" w:hAnsi="Times New Roman"/>
                <w:sz w:val="24"/>
                <w:lang w:eastAsia="zh-TW"/>
              </w:rPr>
              <w:t xml:space="preserve">: </w:t>
            </w:r>
            <w:r>
              <w:rPr>
                <w:rFonts w:ascii="Times New Roman" w:eastAsia="標楷體" w:hAnsi="Times New Roman"/>
                <w:sz w:val="24"/>
                <w:lang w:eastAsia="zh-TW"/>
              </w:rPr>
              <w:t>含</w:t>
            </w:r>
            <w:r>
              <w:rPr>
                <w:rFonts w:ascii="Times New Roman" w:eastAsia="標楷體" w:hAnsi="Times New Roman"/>
                <w:sz w:val="24"/>
                <w:lang w:eastAsia="zh-TW"/>
              </w:rPr>
              <w:t xml:space="preserve"> </w:t>
            </w:r>
            <w:r>
              <w:rPr>
                <w:rFonts w:ascii="Times New Roman" w:eastAsia="標楷體" w:hAnsi="Times New Roman"/>
                <w:sz w:val="24"/>
                <w:lang w:eastAsia="zh-TW"/>
              </w:rPr>
              <w:t>往返經濟艙機票、兩地機場稅、</w:t>
            </w:r>
            <w:r>
              <w:rPr>
                <w:rFonts w:ascii="Times New Roman" w:eastAsia="標楷體" w:hAnsi="Times New Roman"/>
                <w:sz w:val="24"/>
                <w:lang w:eastAsia="zh-TW"/>
              </w:rPr>
              <w:t>2</w:t>
            </w:r>
            <w:r>
              <w:rPr>
                <w:rFonts w:ascii="Times New Roman" w:eastAsia="標楷體" w:hAnsi="Times New Roman"/>
                <w:sz w:val="24"/>
                <w:lang w:eastAsia="zh-TW"/>
              </w:rPr>
              <w:t>人一室住宿、</w:t>
            </w:r>
            <w:proofErr w:type="gramStart"/>
            <w:r>
              <w:rPr>
                <w:rFonts w:ascii="Times New Roman" w:eastAsia="標楷體" w:hAnsi="Times New Roman"/>
                <w:sz w:val="24"/>
                <w:lang w:eastAsia="zh-TW"/>
              </w:rPr>
              <w:t>旅責險</w:t>
            </w:r>
            <w:proofErr w:type="gramEnd"/>
            <w:r>
              <w:rPr>
                <w:rFonts w:ascii="Times New Roman" w:eastAsia="標楷體" w:hAnsi="Times New Roman"/>
                <w:sz w:val="24"/>
                <w:lang w:eastAsia="zh-TW"/>
              </w:rPr>
              <w:t>和行程</w:t>
            </w:r>
            <w:proofErr w:type="gramStart"/>
            <w:r>
              <w:rPr>
                <w:rFonts w:ascii="Times New Roman" w:eastAsia="標楷體" w:hAnsi="Times New Roman"/>
                <w:sz w:val="24"/>
                <w:lang w:eastAsia="zh-TW"/>
              </w:rPr>
              <w:t>所列包項目</w:t>
            </w:r>
            <w:proofErr w:type="gramEnd"/>
          </w:p>
        </w:tc>
      </w:tr>
      <w:tr w:rsidR="00CB4267" w14:paraId="36F527A0" w14:textId="77777777">
        <w:tc>
          <w:tcPr>
            <w:tcW w:w="10800" w:type="dxa"/>
          </w:tcPr>
          <w:p w14:paraId="300124FF" w14:textId="77777777" w:rsidR="00CB4267" w:rsidRDefault="00000000">
            <w:pPr>
              <w:rPr>
                <w:lang w:eastAsia="zh-TW"/>
              </w:rPr>
            </w:pPr>
            <w:r>
              <w:rPr>
                <w:rFonts w:ascii="Times New Roman" w:eastAsia="標楷體" w:hAnsi="Times New Roman"/>
                <w:sz w:val="24"/>
                <w:lang w:eastAsia="zh-TW"/>
              </w:rPr>
              <w:t xml:space="preserve">✘ </w:t>
            </w:r>
            <w:r>
              <w:rPr>
                <w:rFonts w:ascii="Times New Roman" w:eastAsia="標楷體" w:hAnsi="Times New Roman"/>
                <w:sz w:val="24"/>
                <w:lang w:eastAsia="zh-TW"/>
              </w:rPr>
              <w:t>費用</w:t>
            </w:r>
            <w:r>
              <w:rPr>
                <w:rFonts w:ascii="Times New Roman" w:eastAsia="標楷體" w:hAnsi="Times New Roman"/>
                <w:sz w:val="24"/>
                <w:lang w:eastAsia="zh-TW"/>
              </w:rPr>
              <w:t xml:space="preserve">: </w:t>
            </w:r>
            <w:r>
              <w:rPr>
                <w:rFonts w:ascii="Times New Roman" w:eastAsia="標楷體" w:hAnsi="Times New Roman"/>
                <w:sz w:val="24"/>
                <w:lang w:eastAsia="zh-TW"/>
              </w:rPr>
              <w:t>不含</w:t>
            </w:r>
            <w:r>
              <w:rPr>
                <w:rFonts w:ascii="Times New Roman" w:eastAsia="標楷體" w:hAnsi="Times New Roman"/>
                <w:sz w:val="24"/>
                <w:lang w:eastAsia="zh-TW"/>
              </w:rPr>
              <w:t xml:space="preserve"> </w:t>
            </w:r>
            <w:r>
              <w:rPr>
                <w:rFonts w:ascii="Times New Roman" w:eastAsia="標楷體" w:hAnsi="Times New Roman"/>
                <w:sz w:val="24"/>
                <w:lang w:eastAsia="zh-TW"/>
              </w:rPr>
              <w:t>導遊</w:t>
            </w:r>
            <w:r>
              <w:rPr>
                <w:rFonts w:ascii="Times New Roman" w:eastAsia="標楷體" w:hAnsi="Times New Roman"/>
                <w:sz w:val="24"/>
                <w:lang w:eastAsia="zh-TW"/>
              </w:rPr>
              <w:t>.</w:t>
            </w:r>
            <w:r>
              <w:rPr>
                <w:rFonts w:ascii="Times New Roman" w:eastAsia="標楷體" w:hAnsi="Times New Roman"/>
                <w:sz w:val="24"/>
                <w:lang w:eastAsia="zh-TW"/>
              </w:rPr>
              <w:t>司機每人每日</w:t>
            </w:r>
            <w:r>
              <w:rPr>
                <w:rFonts w:ascii="Times New Roman" w:eastAsia="標楷體" w:hAnsi="Times New Roman"/>
                <w:sz w:val="24"/>
                <w:lang w:eastAsia="zh-TW"/>
              </w:rPr>
              <w:t>$300</w:t>
            </w:r>
            <w:r>
              <w:rPr>
                <w:rFonts w:ascii="Times New Roman" w:eastAsia="標楷體" w:hAnsi="Times New Roman"/>
                <w:sz w:val="24"/>
                <w:lang w:eastAsia="zh-TW"/>
              </w:rPr>
              <w:t>、行李小費、行李超重費</w:t>
            </w:r>
          </w:p>
        </w:tc>
      </w:tr>
      <w:tr w:rsidR="00CB4267" w14:paraId="28CFA213" w14:textId="77777777">
        <w:tc>
          <w:tcPr>
            <w:tcW w:w="10800" w:type="dxa"/>
          </w:tcPr>
          <w:p w14:paraId="75FDE88F" w14:textId="77777777" w:rsidR="00CB4267" w:rsidRDefault="00000000">
            <w:pPr>
              <w:rPr>
                <w:lang w:eastAsia="zh-TW"/>
              </w:rPr>
            </w:pPr>
            <w:r>
              <w:rPr>
                <w:rFonts w:ascii="Times New Roman" w:eastAsia="標楷體" w:hAnsi="Times New Roman"/>
                <w:sz w:val="24"/>
                <w:lang w:eastAsia="zh-TW"/>
              </w:rPr>
              <w:t xml:space="preserve">※ </w:t>
            </w:r>
            <w:r>
              <w:rPr>
                <w:rFonts w:ascii="Times New Roman" w:eastAsia="標楷體" w:hAnsi="Times New Roman"/>
                <w:sz w:val="24"/>
                <w:lang w:eastAsia="zh-TW"/>
              </w:rPr>
              <w:t>機位保留以訂金為主，請於</w:t>
            </w:r>
            <w:r>
              <w:rPr>
                <w:rFonts w:ascii="Times New Roman" w:eastAsia="標楷體" w:hAnsi="Times New Roman"/>
                <w:sz w:val="24"/>
                <w:lang w:eastAsia="zh-TW"/>
              </w:rPr>
              <w:t xml:space="preserve"> 2 </w:t>
            </w:r>
            <w:proofErr w:type="gramStart"/>
            <w:r>
              <w:rPr>
                <w:rFonts w:ascii="Times New Roman" w:eastAsia="標楷體" w:hAnsi="Times New Roman"/>
                <w:sz w:val="24"/>
                <w:lang w:eastAsia="zh-TW"/>
              </w:rPr>
              <w:t>個</w:t>
            </w:r>
            <w:proofErr w:type="gramEnd"/>
            <w:r>
              <w:rPr>
                <w:rFonts w:ascii="Times New Roman" w:eastAsia="標楷體" w:hAnsi="Times New Roman"/>
                <w:sz w:val="24"/>
                <w:lang w:eastAsia="zh-TW"/>
              </w:rPr>
              <w:t>工作天</w:t>
            </w:r>
            <w:proofErr w:type="gramStart"/>
            <w:r>
              <w:rPr>
                <w:rFonts w:ascii="Times New Roman" w:eastAsia="標楷體" w:hAnsi="Times New Roman"/>
                <w:sz w:val="24"/>
                <w:lang w:eastAsia="zh-TW"/>
              </w:rPr>
              <w:t>內付訂</w:t>
            </w:r>
            <w:proofErr w:type="gramEnd"/>
          </w:p>
        </w:tc>
      </w:tr>
    </w:tbl>
    <w:p w14:paraId="40896A93" w14:textId="77777777" w:rsidR="00CB4267" w:rsidRDefault="00CB4267">
      <w:pPr>
        <w:rPr>
          <w:lang w:eastAsia="zh-TW"/>
        </w:rPr>
      </w:pPr>
    </w:p>
    <w:p w14:paraId="72CA61AA" w14:textId="77777777" w:rsidR="00CB4267" w:rsidRDefault="00000000">
      <w:pPr>
        <w:pStyle w:val="21"/>
        <w:jc w:val="center"/>
      </w:pPr>
      <w:r>
        <w:rPr>
          <w:rFonts w:ascii="Times New Roman" w:eastAsia="標楷體" w:hAnsi="Times New Roman"/>
          <w:b w:val="0"/>
          <w:color w:val="000000"/>
          <w:sz w:val="28"/>
        </w:rPr>
        <w:t>【</w:t>
      </w:r>
      <w:proofErr w:type="spellStart"/>
      <w:r>
        <w:rPr>
          <w:rFonts w:ascii="Times New Roman" w:eastAsia="標楷體" w:hAnsi="Times New Roman"/>
          <w:b w:val="0"/>
          <w:color w:val="000000"/>
          <w:sz w:val="28"/>
        </w:rPr>
        <w:t>費用參考</w:t>
      </w:r>
      <w:proofErr w:type="spellEnd"/>
      <w:r>
        <w:rPr>
          <w:rFonts w:ascii="Times New Roman" w:eastAsia="標楷體" w:hAnsi="Times New Roman"/>
          <w:b w:val="0"/>
          <w:color w:val="000000"/>
          <w:sz w:val="28"/>
        </w:rPr>
        <w:t>】</w:t>
      </w:r>
    </w:p>
    <w:tbl>
      <w:tblPr>
        <w:tblStyle w:val="aff2"/>
        <w:tblW w:w="0" w:type="auto"/>
        <w:jc w:val="center"/>
        <w:tblLook w:val="04A0" w:firstRow="1" w:lastRow="0" w:firstColumn="1" w:lastColumn="0" w:noHBand="0" w:noVBand="1"/>
      </w:tblPr>
      <w:tblGrid>
        <w:gridCol w:w="2700"/>
        <w:gridCol w:w="2700"/>
        <w:gridCol w:w="2700"/>
        <w:gridCol w:w="2700"/>
      </w:tblGrid>
      <w:tr w:rsidR="00CB4267" w14:paraId="08A83093" w14:textId="77777777">
        <w:trPr>
          <w:jc w:val="center"/>
        </w:trPr>
        <w:tc>
          <w:tcPr>
            <w:tcW w:w="2700" w:type="dxa"/>
          </w:tcPr>
          <w:p w14:paraId="5911B5E9" w14:textId="77777777" w:rsidR="00CB4267" w:rsidRDefault="00CB4267">
            <w:pPr>
              <w:jc w:val="center"/>
            </w:pPr>
          </w:p>
        </w:tc>
        <w:tc>
          <w:tcPr>
            <w:tcW w:w="2700" w:type="dxa"/>
          </w:tcPr>
          <w:p w14:paraId="177C8EED" w14:textId="77777777" w:rsidR="00CB4267" w:rsidRDefault="00000000">
            <w:pPr>
              <w:jc w:val="center"/>
            </w:pPr>
            <w:r>
              <w:rPr>
                <w:rFonts w:ascii="Times New Roman" w:eastAsia="標楷體" w:hAnsi="Times New Roman"/>
                <w:b/>
                <w:sz w:val="28"/>
              </w:rPr>
              <w:t>大人</w:t>
            </w:r>
          </w:p>
        </w:tc>
        <w:tc>
          <w:tcPr>
            <w:tcW w:w="2700" w:type="dxa"/>
          </w:tcPr>
          <w:p w14:paraId="2083E76D" w14:textId="77777777" w:rsidR="00CB4267" w:rsidRDefault="00000000">
            <w:pPr>
              <w:jc w:val="center"/>
            </w:pPr>
            <w:r>
              <w:rPr>
                <w:rFonts w:ascii="Times New Roman" w:eastAsia="標楷體" w:hAnsi="Times New Roman"/>
                <w:b/>
                <w:sz w:val="28"/>
              </w:rPr>
              <w:t>小孩不佔床</w:t>
            </w:r>
          </w:p>
        </w:tc>
        <w:tc>
          <w:tcPr>
            <w:tcW w:w="2700" w:type="dxa"/>
          </w:tcPr>
          <w:p w14:paraId="7F520574" w14:textId="77777777" w:rsidR="00CB4267" w:rsidRDefault="00000000">
            <w:pPr>
              <w:jc w:val="center"/>
            </w:pPr>
            <w:r>
              <w:rPr>
                <w:rFonts w:ascii="Times New Roman" w:eastAsia="標楷體" w:hAnsi="Times New Roman"/>
                <w:b/>
                <w:sz w:val="28"/>
              </w:rPr>
              <w:t>小孩佔床</w:t>
            </w:r>
          </w:p>
        </w:tc>
      </w:tr>
      <w:tr w:rsidR="00CB4267" w14:paraId="3B1220AC" w14:textId="77777777">
        <w:trPr>
          <w:jc w:val="center"/>
        </w:trPr>
        <w:tc>
          <w:tcPr>
            <w:tcW w:w="2700" w:type="dxa"/>
          </w:tcPr>
          <w:p w14:paraId="375C2D94" w14:textId="77777777" w:rsidR="00CB4267" w:rsidRDefault="00000000">
            <w:pPr>
              <w:jc w:val="center"/>
            </w:pPr>
            <w:r>
              <w:rPr>
                <w:rFonts w:ascii="Times New Roman" w:eastAsia="標楷體" w:hAnsi="Times New Roman"/>
                <w:b/>
                <w:sz w:val="28"/>
              </w:rPr>
              <w:t>直售價</w:t>
            </w:r>
          </w:p>
        </w:tc>
        <w:tc>
          <w:tcPr>
            <w:tcW w:w="2700" w:type="dxa"/>
          </w:tcPr>
          <w:p w14:paraId="664D46C1" w14:textId="77777777" w:rsidR="00CB4267" w:rsidRDefault="00000000">
            <w:pPr>
              <w:jc w:val="center"/>
            </w:pPr>
            <w:r>
              <w:rPr>
                <w:rFonts w:ascii="Times New Roman" w:eastAsia="標楷體" w:hAnsi="Times New Roman"/>
                <w:b/>
                <w:sz w:val="28"/>
              </w:rPr>
              <w:t>$49,800/</w:t>
            </w:r>
            <w:r>
              <w:rPr>
                <w:rFonts w:ascii="Times New Roman" w:eastAsia="標楷體" w:hAnsi="Times New Roman"/>
                <w:b/>
                <w:sz w:val="28"/>
              </w:rPr>
              <w:t>人</w:t>
            </w:r>
          </w:p>
        </w:tc>
        <w:tc>
          <w:tcPr>
            <w:tcW w:w="2700" w:type="dxa"/>
          </w:tcPr>
          <w:p w14:paraId="3DA03899" w14:textId="77777777" w:rsidR="00CB4267" w:rsidRDefault="00000000">
            <w:pPr>
              <w:jc w:val="center"/>
            </w:pPr>
            <w:r>
              <w:rPr>
                <w:rFonts w:ascii="Times New Roman" w:eastAsia="標楷體" w:hAnsi="Times New Roman"/>
                <w:b/>
                <w:sz w:val="28"/>
              </w:rPr>
              <w:t>請洽客服</w:t>
            </w:r>
          </w:p>
        </w:tc>
        <w:tc>
          <w:tcPr>
            <w:tcW w:w="2700" w:type="dxa"/>
          </w:tcPr>
          <w:p w14:paraId="46A8214B" w14:textId="77777777" w:rsidR="00CB4267" w:rsidRDefault="00000000">
            <w:pPr>
              <w:jc w:val="center"/>
            </w:pPr>
            <w:r>
              <w:rPr>
                <w:rFonts w:ascii="Times New Roman" w:eastAsia="標楷體" w:hAnsi="Times New Roman"/>
                <w:b/>
                <w:sz w:val="28"/>
              </w:rPr>
              <w:t>請洽客服</w:t>
            </w:r>
          </w:p>
        </w:tc>
      </w:tr>
    </w:tbl>
    <w:p w14:paraId="417C4BF0" w14:textId="77777777" w:rsidR="00CB4267" w:rsidRDefault="00CB4267"/>
    <w:p w14:paraId="587A0DC7" w14:textId="77777777" w:rsidR="00CB4267" w:rsidRDefault="00000000">
      <w:pPr>
        <w:pStyle w:val="21"/>
        <w:jc w:val="center"/>
      </w:pPr>
      <w:r>
        <w:rPr>
          <w:rFonts w:ascii="Times New Roman" w:eastAsia="標楷體" w:hAnsi="Times New Roman"/>
          <w:b w:val="0"/>
          <w:color w:val="000000"/>
          <w:sz w:val="28"/>
        </w:rPr>
        <w:t>【航班參考</w:t>
      </w:r>
      <w:r>
        <w:rPr>
          <w:rFonts w:ascii="Times New Roman" w:eastAsia="標楷體" w:hAnsi="Times New Roman"/>
          <w:b w:val="0"/>
          <w:color w:val="000000"/>
          <w:sz w:val="28"/>
        </w:rPr>
        <w:t>01</w:t>
      </w:r>
      <w:r>
        <w:rPr>
          <w:rFonts w:ascii="Times New Roman" w:eastAsia="標楷體" w:hAnsi="Times New Roman"/>
          <w:b w:val="0"/>
          <w:color w:val="000000"/>
          <w:sz w:val="28"/>
        </w:rPr>
        <w:t>】</w:t>
      </w:r>
    </w:p>
    <w:tbl>
      <w:tblPr>
        <w:tblStyle w:val="aff2"/>
        <w:tblW w:w="0" w:type="auto"/>
        <w:jc w:val="center"/>
        <w:tblLook w:val="04A0" w:firstRow="1" w:lastRow="0" w:firstColumn="1" w:lastColumn="0" w:noHBand="0" w:noVBand="1"/>
      </w:tblPr>
      <w:tblGrid>
        <w:gridCol w:w="1800"/>
        <w:gridCol w:w="1800"/>
        <w:gridCol w:w="3600"/>
        <w:gridCol w:w="3600"/>
      </w:tblGrid>
      <w:tr w:rsidR="00CB4267" w14:paraId="19E8184B" w14:textId="77777777">
        <w:trPr>
          <w:jc w:val="center"/>
        </w:trPr>
        <w:tc>
          <w:tcPr>
            <w:tcW w:w="1800" w:type="dxa"/>
          </w:tcPr>
          <w:p w14:paraId="5D6F7218" w14:textId="77777777" w:rsidR="00CB4267" w:rsidRDefault="00000000">
            <w:pPr>
              <w:jc w:val="center"/>
            </w:pPr>
            <w:bookmarkStart w:id="1" w:name="OLE_LINK2"/>
            <w:r>
              <w:rPr>
                <w:rFonts w:ascii="Times New Roman" w:eastAsia="標楷體" w:hAnsi="Times New Roman"/>
                <w:b/>
                <w:sz w:val="28"/>
              </w:rPr>
              <w:t>日期</w:t>
            </w:r>
          </w:p>
        </w:tc>
        <w:tc>
          <w:tcPr>
            <w:tcW w:w="1800" w:type="dxa"/>
          </w:tcPr>
          <w:p w14:paraId="1778E4A7" w14:textId="77777777" w:rsidR="00CB4267" w:rsidRDefault="00000000">
            <w:pPr>
              <w:jc w:val="center"/>
            </w:pPr>
            <w:r>
              <w:rPr>
                <w:rFonts w:ascii="Times New Roman" w:eastAsia="標楷體" w:hAnsi="Times New Roman"/>
                <w:b/>
                <w:sz w:val="28"/>
              </w:rPr>
              <w:t>航班號</w:t>
            </w:r>
          </w:p>
        </w:tc>
        <w:tc>
          <w:tcPr>
            <w:tcW w:w="3600" w:type="dxa"/>
          </w:tcPr>
          <w:p w14:paraId="13E89DA8" w14:textId="77777777" w:rsidR="00CB4267" w:rsidRDefault="00000000">
            <w:pPr>
              <w:jc w:val="center"/>
            </w:pPr>
            <w:r>
              <w:rPr>
                <w:rFonts w:ascii="Times New Roman" w:eastAsia="標楷體" w:hAnsi="Times New Roman"/>
                <w:b/>
                <w:sz w:val="28"/>
              </w:rPr>
              <w:t>出發機場</w:t>
            </w:r>
            <w:r>
              <w:rPr>
                <w:rFonts w:ascii="Times New Roman" w:eastAsia="標楷體" w:hAnsi="Times New Roman"/>
                <w:b/>
                <w:sz w:val="28"/>
              </w:rPr>
              <w:t xml:space="preserve">/ </w:t>
            </w:r>
            <w:r>
              <w:rPr>
                <w:rFonts w:ascii="Times New Roman" w:eastAsia="標楷體" w:hAnsi="Times New Roman"/>
                <w:b/>
                <w:sz w:val="28"/>
              </w:rPr>
              <w:t>出發時間</w:t>
            </w:r>
          </w:p>
        </w:tc>
        <w:tc>
          <w:tcPr>
            <w:tcW w:w="3600" w:type="dxa"/>
          </w:tcPr>
          <w:p w14:paraId="5DF4F857" w14:textId="77777777" w:rsidR="00CB4267" w:rsidRDefault="00000000">
            <w:pPr>
              <w:jc w:val="center"/>
            </w:pPr>
            <w:r>
              <w:rPr>
                <w:rFonts w:ascii="Times New Roman" w:eastAsia="標楷體" w:hAnsi="Times New Roman"/>
                <w:b/>
                <w:sz w:val="28"/>
              </w:rPr>
              <w:t>抵達機場</w:t>
            </w:r>
            <w:r>
              <w:rPr>
                <w:rFonts w:ascii="Times New Roman" w:eastAsia="標楷體" w:hAnsi="Times New Roman"/>
                <w:b/>
                <w:sz w:val="28"/>
              </w:rPr>
              <w:t xml:space="preserve">/ </w:t>
            </w:r>
            <w:r>
              <w:rPr>
                <w:rFonts w:ascii="Times New Roman" w:eastAsia="標楷體" w:hAnsi="Times New Roman"/>
                <w:b/>
                <w:sz w:val="28"/>
              </w:rPr>
              <w:t>抵達時間</w:t>
            </w:r>
          </w:p>
        </w:tc>
      </w:tr>
      <w:tr w:rsidR="00CB4267" w14:paraId="4D9AE84E" w14:textId="77777777">
        <w:trPr>
          <w:jc w:val="center"/>
        </w:trPr>
        <w:tc>
          <w:tcPr>
            <w:tcW w:w="1800" w:type="dxa"/>
          </w:tcPr>
          <w:p w14:paraId="77F8C44B" w14:textId="77777777" w:rsidR="00CB4267" w:rsidRDefault="00000000">
            <w:pPr>
              <w:jc w:val="center"/>
            </w:pPr>
            <w:r>
              <w:rPr>
                <w:rFonts w:ascii="Times New Roman" w:eastAsia="標楷體" w:hAnsi="Times New Roman"/>
                <w:b/>
                <w:sz w:val="28"/>
              </w:rPr>
              <w:t>12/25</w:t>
            </w:r>
          </w:p>
        </w:tc>
        <w:tc>
          <w:tcPr>
            <w:tcW w:w="1800" w:type="dxa"/>
          </w:tcPr>
          <w:p w14:paraId="1D8F634A" w14:textId="77777777" w:rsidR="00CB4267" w:rsidRDefault="00000000">
            <w:pPr>
              <w:jc w:val="center"/>
            </w:pPr>
            <w:r>
              <w:rPr>
                <w:rFonts w:ascii="Times New Roman" w:eastAsia="標楷體" w:hAnsi="Times New Roman"/>
                <w:b/>
                <w:sz w:val="28"/>
              </w:rPr>
              <w:t>MU5008</w:t>
            </w:r>
          </w:p>
        </w:tc>
        <w:tc>
          <w:tcPr>
            <w:tcW w:w="3600" w:type="dxa"/>
          </w:tcPr>
          <w:p w14:paraId="20E0D30B" w14:textId="77777777" w:rsidR="00CB4267" w:rsidRDefault="00000000">
            <w:pPr>
              <w:jc w:val="center"/>
            </w:pPr>
            <w:r>
              <w:rPr>
                <w:rFonts w:ascii="Times New Roman" w:eastAsia="標楷體" w:hAnsi="Times New Roman"/>
                <w:b/>
                <w:sz w:val="28"/>
              </w:rPr>
              <w:t>桃園國際機場</w:t>
            </w:r>
            <w:r>
              <w:rPr>
                <w:rFonts w:ascii="Times New Roman" w:eastAsia="標楷體" w:hAnsi="Times New Roman"/>
                <w:b/>
                <w:sz w:val="28"/>
              </w:rPr>
              <w:t>/15:00</w:t>
            </w:r>
          </w:p>
        </w:tc>
        <w:tc>
          <w:tcPr>
            <w:tcW w:w="3600" w:type="dxa"/>
          </w:tcPr>
          <w:p w14:paraId="6C0D1992" w14:textId="77777777" w:rsidR="00CB4267" w:rsidRDefault="00000000">
            <w:pPr>
              <w:jc w:val="center"/>
            </w:pPr>
            <w:r>
              <w:rPr>
                <w:rFonts w:ascii="Times New Roman" w:eastAsia="標楷體" w:hAnsi="Times New Roman"/>
                <w:b/>
                <w:sz w:val="28"/>
              </w:rPr>
              <w:t>上海浦東</w:t>
            </w:r>
            <w:r>
              <w:rPr>
                <w:rFonts w:ascii="Times New Roman" w:eastAsia="標楷體" w:hAnsi="Times New Roman"/>
                <w:b/>
                <w:sz w:val="28"/>
              </w:rPr>
              <w:t>/17:00</w:t>
            </w:r>
          </w:p>
        </w:tc>
      </w:tr>
      <w:tr w:rsidR="00CB4267" w14:paraId="0B228F0C" w14:textId="77777777">
        <w:trPr>
          <w:jc w:val="center"/>
        </w:trPr>
        <w:tc>
          <w:tcPr>
            <w:tcW w:w="1800" w:type="dxa"/>
          </w:tcPr>
          <w:p w14:paraId="4ACED253" w14:textId="77777777" w:rsidR="00CB4267" w:rsidRDefault="00000000">
            <w:pPr>
              <w:jc w:val="center"/>
            </w:pPr>
            <w:r>
              <w:rPr>
                <w:rFonts w:ascii="Times New Roman" w:eastAsia="標楷體" w:hAnsi="Times New Roman"/>
                <w:b/>
                <w:sz w:val="28"/>
              </w:rPr>
              <w:t>12/25</w:t>
            </w:r>
          </w:p>
        </w:tc>
        <w:tc>
          <w:tcPr>
            <w:tcW w:w="1800" w:type="dxa"/>
          </w:tcPr>
          <w:p w14:paraId="7B6799C2" w14:textId="77777777" w:rsidR="00CB4267" w:rsidRDefault="00000000">
            <w:pPr>
              <w:jc w:val="center"/>
            </w:pPr>
            <w:r>
              <w:rPr>
                <w:rFonts w:ascii="Times New Roman" w:eastAsia="標楷體" w:hAnsi="Times New Roman"/>
                <w:b/>
                <w:sz w:val="28"/>
              </w:rPr>
              <w:t>MU5603</w:t>
            </w:r>
          </w:p>
        </w:tc>
        <w:tc>
          <w:tcPr>
            <w:tcW w:w="3600" w:type="dxa"/>
          </w:tcPr>
          <w:p w14:paraId="50829EFD" w14:textId="77777777" w:rsidR="00CB4267" w:rsidRDefault="00000000">
            <w:pPr>
              <w:jc w:val="center"/>
            </w:pPr>
            <w:r>
              <w:rPr>
                <w:rFonts w:ascii="Times New Roman" w:eastAsia="標楷體" w:hAnsi="Times New Roman"/>
                <w:b/>
                <w:sz w:val="28"/>
              </w:rPr>
              <w:t>上海浦東</w:t>
            </w:r>
            <w:r>
              <w:rPr>
                <w:rFonts w:ascii="Times New Roman" w:eastAsia="標楷體" w:hAnsi="Times New Roman"/>
                <w:b/>
                <w:sz w:val="28"/>
              </w:rPr>
              <w:t>/21:30</w:t>
            </w:r>
          </w:p>
        </w:tc>
        <w:tc>
          <w:tcPr>
            <w:tcW w:w="3600" w:type="dxa"/>
          </w:tcPr>
          <w:p w14:paraId="3E1A1EF6" w14:textId="77777777" w:rsidR="00CB4267" w:rsidRDefault="00000000">
            <w:pPr>
              <w:jc w:val="center"/>
            </w:pPr>
            <w:r>
              <w:rPr>
                <w:rFonts w:ascii="Times New Roman" w:eastAsia="標楷體" w:hAnsi="Times New Roman"/>
                <w:b/>
                <w:sz w:val="28"/>
              </w:rPr>
              <w:t>瀋陽</w:t>
            </w:r>
            <w:r>
              <w:rPr>
                <w:rFonts w:ascii="Times New Roman" w:eastAsia="標楷體" w:hAnsi="Times New Roman"/>
                <w:b/>
                <w:sz w:val="28"/>
              </w:rPr>
              <w:t>/23:50</w:t>
            </w:r>
          </w:p>
        </w:tc>
      </w:tr>
      <w:tr w:rsidR="00CB4267" w14:paraId="736105C0" w14:textId="77777777">
        <w:trPr>
          <w:jc w:val="center"/>
        </w:trPr>
        <w:tc>
          <w:tcPr>
            <w:tcW w:w="1800" w:type="dxa"/>
          </w:tcPr>
          <w:p w14:paraId="47D6845E" w14:textId="77777777" w:rsidR="00CB4267" w:rsidRDefault="00000000">
            <w:pPr>
              <w:jc w:val="center"/>
            </w:pPr>
            <w:r>
              <w:rPr>
                <w:rFonts w:ascii="Times New Roman" w:eastAsia="標楷體" w:hAnsi="Times New Roman"/>
                <w:b/>
                <w:sz w:val="28"/>
              </w:rPr>
              <w:t>01/01</w:t>
            </w:r>
          </w:p>
        </w:tc>
        <w:tc>
          <w:tcPr>
            <w:tcW w:w="1800" w:type="dxa"/>
          </w:tcPr>
          <w:p w14:paraId="0BA0EF28" w14:textId="77777777" w:rsidR="00CB4267" w:rsidRDefault="00000000">
            <w:pPr>
              <w:jc w:val="center"/>
            </w:pPr>
            <w:r>
              <w:rPr>
                <w:rFonts w:ascii="Times New Roman" w:eastAsia="標楷體" w:hAnsi="Times New Roman"/>
                <w:b/>
                <w:sz w:val="28"/>
              </w:rPr>
              <w:t>MU5620</w:t>
            </w:r>
          </w:p>
        </w:tc>
        <w:tc>
          <w:tcPr>
            <w:tcW w:w="3600" w:type="dxa"/>
          </w:tcPr>
          <w:p w14:paraId="38037F50" w14:textId="77777777" w:rsidR="00CB4267" w:rsidRDefault="00000000">
            <w:pPr>
              <w:jc w:val="center"/>
            </w:pPr>
            <w:r>
              <w:rPr>
                <w:rFonts w:ascii="Times New Roman" w:eastAsia="標楷體" w:hAnsi="Times New Roman"/>
                <w:b/>
                <w:sz w:val="28"/>
              </w:rPr>
              <w:t>哈爾濱</w:t>
            </w:r>
            <w:r>
              <w:rPr>
                <w:rFonts w:ascii="Times New Roman" w:eastAsia="標楷體" w:hAnsi="Times New Roman"/>
                <w:b/>
                <w:sz w:val="28"/>
              </w:rPr>
              <w:t>/17:30</w:t>
            </w:r>
          </w:p>
        </w:tc>
        <w:tc>
          <w:tcPr>
            <w:tcW w:w="3600" w:type="dxa"/>
          </w:tcPr>
          <w:p w14:paraId="7937F939" w14:textId="77777777" w:rsidR="00CB4267" w:rsidRDefault="00000000">
            <w:pPr>
              <w:jc w:val="center"/>
            </w:pPr>
            <w:r>
              <w:rPr>
                <w:rFonts w:ascii="Times New Roman" w:eastAsia="標楷體" w:hAnsi="Times New Roman"/>
                <w:b/>
                <w:sz w:val="28"/>
              </w:rPr>
              <w:t>上海浦東</w:t>
            </w:r>
            <w:r>
              <w:rPr>
                <w:rFonts w:ascii="Times New Roman" w:eastAsia="標楷體" w:hAnsi="Times New Roman"/>
                <w:b/>
                <w:sz w:val="28"/>
              </w:rPr>
              <w:t>/10:25</w:t>
            </w:r>
          </w:p>
        </w:tc>
      </w:tr>
      <w:tr w:rsidR="00CB4267" w14:paraId="0AD1EFE1" w14:textId="77777777">
        <w:trPr>
          <w:jc w:val="center"/>
        </w:trPr>
        <w:tc>
          <w:tcPr>
            <w:tcW w:w="1800" w:type="dxa"/>
          </w:tcPr>
          <w:p w14:paraId="6C26954D" w14:textId="77777777" w:rsidR="00CB4267" w:rsidRDefault="00000000">
            <w:pPr>
              <w:jc w:val="center"/>
            </w:pPr>
            <w:r>
              <w:rPr>
                <w:rFonts w:ascii="Times New Roman" w:eastAsia="標楷體" w:hAnsi="Times New Roman"/>
                <w:b/>
                <w:sz w:val="28"/>
              </w:rPr>
              <w:t>01/01</w:t>
            </w:r>
          </w:p>
        </w:tc>
        <w:tc>
          <w:tcPr>
            <w:tcW w:w="1800" w:type="dxa"/>
          </w:tcPr>
          <w:p w14:paraId="1F3AA33C" w14:textId="77777777" w:rsidR="00CB4267" w:rsidRDefault="00000000">
            <w:pPr>
              <w:jc w:val="center"/>
            </w:pPr>
            <w:r>
              <w:rPr>
                <w:rFonts w:ascii="Times New Roman" w:eastAsia="標楷體" w:hAnsi="Times New Roman"/>
                <w:b/>
                <w:sz w:val="28"/>
              </w:rPr>
              <w:t>MU5007</w:t>
            </w:r>
          </w:p>
        </w:tc>
        <w:tc>
          <w:tcPr>
            <w:tcW w:w="3600" w:type="dxa"/>
          </w:tcPr>
          <w:p w14:paraId="2794FCCE" w14:textId="77777777" w:rsidR="00CB4267" w:rsidRDefault="00000000">
            <w:pPr>
              <w:jc w:val="center"/>
            </w:pPr>
            <w:r>
              <w:rPr>
                <w:rFonts w:ascii="Times New Roman" w:eastAsia="標楷體" w:hAnsi="Times New Roman"/>
                <w:b/>
                <w:sz w:val="28"/>
              </w:rPr>
              <w:t>上海浦東</w:t>
            </w:r>
            <w:r>
              <w:rPr>
                <w:rFonts w:ascii="Times New Roman" w:eastAsia="標楷體" w:hAnsi="Times New Roman"/>
                <w:b/>
                <w:sz w:val="28"/>
              </w:rPr>
              <w:t>/12:05</w:t>
            </w:r>
          </w:p>
        </w:tc>
        <w:tc>
          <w:tcPr>
            <w:tcW w:w="3600" w:type="dxa"/>
          </w:tcPr>
          <w:p w14:paraId="19B333AB" w14:textId="77777777" w:rsidR="00CB4267" w:rsidRDefault="00000000">
            <w:pPr>
              <w:jc w:val="center"/>
            </w:pPr>
            <w:r>
              <w:rPr>
                <w:rFonts w:ascii="Times New Roman" w:eastAsia="標楷體" w:hAnsi="Times New Roman"/>
                <w:b/>
                <w:sz w:val="28"/>
              </w:rPr>
              <w:t>桃園國際機場</w:t>
            </w:r>
            <w:r>
              <w:rPr>
                <w:rFonts w:ascii="Times New Roman" w:eastAsia="標楷體" w:hAnsi="Times New Roman"/>
                <w:b/>
                <w:sz w:val="28"/>
              </w:rPr>
              <w:t>/14:00</w:t>
            </w:r>
          </w:p>
        </w:tc>
      </w:tr>
      <w:bookmarkEnd w:id="1"/>
    </w:tbl>
    <w:p w14:paraId="32EC4C87" w14:textId="77777777" w:rsidR="00CB4267" w:rsidRDefault="00CB4267"/>
    <w:p w14:paraId="2E409CF4" w14:textId="77777777" w:rsidR="00CB4267" w:rsidRDefault="00000000">
      <w:r>
        <w:br w:type="page"/>
      </w:r>
    </w:p>
    <w:p w14:paraId="7FD2022C" w14:textId="77777777" w:rsidR="00CB4267" w:rsidRDefault="00000000">
      <w:pPr>
        <w:pStyle w:val="21"/>
        <w:jc w:val="center"/>
      </w:pPr>
      <w:r>
        <w:rPr>
          <w:rFonts w:ascii="Times New Roman" w:eastAsia="標楷體" w:hAnsi="Times New Roman"/>
          <w:b w:val="0"/>
          <w:color w:val="000000"/>
          <w:sz w:val="28"/>
        </w:rPr>
        <w:lastRenderedPageBreak/>
        <w:t>【行程特色】</w:t>
      </w:r>
    </w:p>
    <w:p w14:paraId="36AA4167" w14:textId="77777777" w:rsidR="00CB4267" w:rsidRDefault="00000000">
      <w:pPr>
        <w:rPr>
          <w:lang w:eastAsia="zh-TW"/>
        </w:rPr>
      </w:pPr>
      <w:bookmarkStart w:id="2" w:name="OLE_LINK5"/>
      <w:r>
        <w:rPr>
          <w:rFonts w:ascii="Times New Roman" w:eastAsia="標楷體" w:hAnsi="Times New Roman"/>
          <w:color w:val="D82A43"/>
          <w:sz w:val="24"/>
          <w:lang w:eastAsia="zh-TW"/>
        </w:rPr>
        <w:t>無購物</w:t>
      </w:r>
      <w:r>
        <w:rPr>
          <w:rFonts w:ascii="Times New Roman" w:eastAsia="標楷體" w:hAnsi="Times New Roman"/>
          <w:color w:val="D82A43"/>
          <w:sz w:val="24"/>
          <w:lang w:eastAsia="zh-TW"/>
        </w:rPr>
        <w:t xml:space="preserve"> </w:t>
      </w:r>
      <w:r>
        <w:rPr>
          <w:rFonts w:ascii="Times New Roman" w:eastAsia="標楷體" w:hAnsi="Times New Roman"/>
          <w:color w:val="D82A43"/>
          <w:sz w:val="24"/>
          <w:lang w:eastAsia="zh-TW"/>
        </w:rPr>
        <w:t>無自費</w:t>
      </w:r>
      <w:r>
        <w:rPr>
          <w:rFonts w:ascii="Times New Roman" w:eastAsia="標楷體" w:hAnsi="Times New Roman"/>
          <w:color w:val="D82A43"/>
          <w:sz w:val="24"/>
          <w:lang w:eastAsia="zh-TW"/>
        </w:rPr>
        <w:t>,</w:t>
      </w:r>
      <w:r>
        <w:rPr>
          <w:rFonts w:ascii="Times New Roman" w:eastAsia="標楷體" w:hAnsi="Times New Roman"/>
          <w:color w:val="D82A43"/>
          <w:sz w:val="24"/>
          <w:lang w:eastAsia="zh-TW"/>
        </w:rPr>
        <w:t>輕鬆玩中國旅遊新型態，全程不進購物站，輕鬆遊玩無負擔導遊於車上講解風俗民情時，會提供部分當地特色商品讓旅客自由參考選購，此特產銷售無壓力。</w:t>
      </w:r>
      <w:bookmarkEnd w:id="2"/>
      <w:r>
        <w:rPr>
          <w:rFonts w:ascii="Times New Roman" w:eastAsia="標楷體" w:hAnsi="Times New Roman"/>
          <w:color w:val="D82A43"/>
          <w:sz w:val="24"/>
          <w:lang w:eastAsia="zh-TW"/>
        </w:rPr>
        <w:t>【官網行程、售價僅供參考，目前大陸港澳地區為國外旅遊橙色警示】</w:t>
      </w:r>
    </w:p>
    <w:p w14:paraId="3C9BEA27" w14:textId="77777777" w:rsidR="00CB4267" w:rsidRDefault="00000000">
      <w:pPr>
        <w:rPr>
          <w:lang w:eastAsia="zh-TW"/>
        </w:rPr>
      </w:pPr>
      <w:bookmarkStart w:id="3" w:name="OLE_LINK3"/>
      <w:r>
        <w:rPr>
          <w:rFonts w:ascii="Times New Roman" w:eastAsia="標楷體" w:hAnsi="Times New Roman"/>
          <w:sz w:val="24"/>
          <w:lang w:eastAsia="zh-TW"/>
        </w:rPr>
        <w:t>東北，一個滿族歷史與美麗異國風情的交會地，暢遊冬季銀白色的東北，冰雪嘉年華－冰雪大世界、</w:t>
      </w:r>
      <w:proofErr w:type="gramStart"/>
      <w:r>
        <w:rPr>
          <w:rFonts w:ascii="Times New Roman" w:eastAsia="標楷體" w:hAnsi="Times New Roman"/>
          <w:sz w:val="24"/>
          <w:lang w:eastAsia="zh-TW"/>
        </w:rPr>
        <w:t>雪鄉</w:t>
      </w:r>
      <w:proofErr w:type="gramEnd"/>
      <w:r>
        <w:rPr>
          <w:rFonts w:ascii="Times New Roman" w:eastAsia="標楷體" w:hAnsi="Times New Roman"/>
          <w:sz w:val="24"/>
          <w:lang w:eastAsia="zh-TW"/>
        </w:rPr>
        <w:t>、冰雪畫廊、</w:t>
      </w:r>
      <w:proofErr w:type="gramStart"/>
      <w:r>
        <w:rPr>
          <w:rFonts w:ascii="Times New Roman" w:eastAsia="標楷體" w:hAnsi="Times New Roman"/>
          <w:sz w:val="24"/>
          <w:lang w:eastAsia="zh-TW"/>
        </w:rPr>
        <w:t>雪松美景</w:t>
      </w:r>
      <w:proofErr w:type="gramEnd"/>
      <w:r>
        <w:rPr>
          <w:rFonts w:ascii="Times New Roman" w:eastAsia="標楷體" w:hAnsi="Times New Roman"/>
          <w:sz w:val="24"/>
          <w:lang w:eastAsia="zh-TW"/>
        </w:rPr>
        <w:t>，</w:t>
      </w:r>
      <w:proofErr w:type="gramStart"/>
      <w:r>
        <w:rPr>
          <w:rFonts w:ascii="Times New Roman" w:eastAsia="標楷體" w:hAnsi="Times New Roman"/>
          <w:sz w:val="24"/>
          <w:lang w:eastAsia="zh-TW"/>
        </w:rPr>
        <w:t>來趟絕美</w:t>
      </w:r>
      <w:proofErr w:type="gramEnd"/>
      <w:r>
        <w:rPr>
          <w:rFonts w:ascii="Times New Roman" w:eastAsia="標楷體" w:hAnsi="Times New Roman"/>
          <w:sz w:val="24"/>
          <w:lang w:eastAsia="zh-TW"/>
        </w:rPr>
        <w:t>的東北之旅。</w:t>
      </w:r>
    </w:p>
    <w:p w14:paraId="4472BCEC" w14:textId="77777777" w:rsidR="00CB4267" w:rsidRDefault="00000000">
      <w:pPr>
        <w:pStyle w:val="31"/>
        <w:rPr>
          <w:lang w:eastAsia="zh-TW"/>
        </w:rPr>
      </w:pPr>
      <w:r>
        <w:rPr>
          <w:rFonts w:ascii="Times New Roman" w:eastAsia="標楷體" w:hAnsi="Times New Roman"/>
          <w:b w:val="0"/>
          <w:sz w:val="24"/>
          <w:lang w:eastAsia="zh-TW"/>
        </w:rPr>
        <w:t>冰雪大世界</w:t>
      </w:r>
      <w:r>
        <w:rPr>
          <w:rFonts w:ascii="Times New Roman" w:eastAsia="標楷體" w:hAnsi="Times New Roman"/>
          <w:b w:val="0"/>
          <w:sz w:val="24"/>
          <w:lang w:eastAsia="zh-TW"/>
        </w:rPr>
        <w:br/>
      </w:r>
      <w:r>
        <w:rPr>
          <w:rFonts w:ascii="Times New Roman" w:eastAsia="標楷體" w:hAnsi="Times New Roman"/>
          <w:b w:val="0"/>
          <w:sz w:val="24"/>
          <w:lang w:eastAsia="zh-TW"/>
        </w:rPr>
        <w:t>座落於松花江哈爾濱城區段。以哈爾濱人民防洪勝利紀念塔為軸心，在江中沙灘約</w:t>
      </w:r>
      <w:r>
        <w:rPr>
          <w:rFonts w:ascii="Times New Roman" w:eastAsia="標楷體" w:hAnsi="Times New Roman"/>
          <w:b w:val="0"/>
          <w:sz w:val="24"/>
          <w:lang w:eastAsia="zh-TW"/>
        </w:rPr>
        <w:t>20</w:t>
      </w:r>
      <w:r>
        <w:rPr>
          <w:rFonts w:ascii="Times New Roman" w:eastAsia="標楷體" w:hAnsi="Times New Roman"/>
          <w:b w:val="0"/>
          <w:sz w:val="24"/>
          <w:lang w:eastAsia="zh-TW"/>
        </w:rPr>
        <w:t>萬平方米範圍內向東西兩側展開，其總</w:t>
      </w:r>
      <w:proofErr w:type="gramStart"/>
      <w:r>
        <w:rPr>
          <w:rFonts w:ascii="Times New Roman" w:eastAsia="標楷體" w:hAnsi="Times New Roman"/>
          <w:b w:val="0"/>
          <w:sz w:val="24"/>
          <w:lang w:eastAsia="zh-TW"/>
        </w:rPr>
        <w:t>用冰量達</w:t>
      </w:r>
      <w:proofErr w:type="gramEnd"/>
      <w:r>
        <w:rPr>
          <w:rFonts w:ascii="Times New Roman" w:eastAsia="標楷體" w:hAnsi="Times New Roman"/>
          <w:b w:val="0"/>
          <w:sz w:val="24"/>
          <w:lang w:eastAsia="zh-TW"/>
        </w:rPr>
        <w:t>7</w:t>
      </w:r>
      <w:r>
        <w:rPr>
          <w:rFonts w:ascii="Times New Roman" w:eastAsia="標楷體" w:hAnsi="Times New Roman"/>
          <w:b w:val="0"/>
          <w:sz w:val="24"/>
          <w:lang w:eastAsia="zh-TW"/>
        </w:rPr>
        <w:t>萬立方米，</w:t>
      </w:r>
      <w:proofErr w:type="gramStart"/>
      <w:r>
        <w:rPr>
          <w:rFonts w:ascii="Times New Roman" w:eastAsia="標楷體" w:hAnsi="Times New Roman"/>
          <w:b w:val="0"/>
          <w:sz w:val="24"/>
          <w:lang w:eastAsia="zh-TW"/>
        </w:rPr>
        <w:t>總用雪量</w:t>
      </w:r>
      <w:proofErr w:type="gramEnd"/>
      <w:r>
        <w:rPr>
          <w:rFonts w:ascii="Times New Roman" w:eastAsia="標楷體" w:hAnsi="Times New Roman"/>
          <w:b w:val="0"/>
          <w:sz w:val="24"/>
          <w:lang w:eastAsia="zh-TW"/>
        </w:rPr>
        <w:t>達</w:t>
      </w:r>
      <w:r>
        <w:rPr>
          <w:rFonts w:ascii="Times New Roman" w:eastAsia="標楷體" w:hAnsi="Times New Roman"/>
          <w:b w:val="0"/>
          <w:sz w:val="24"/>
          <w:lang w:eastAsia="zh-TW"/>
        </w:rPr>
        <w:t>13</w:t>
      </w:r>
      <w:r>
        <w:rPr>
          <w:rFonts w:ascii="Times New Roman" w:eastAsia="標楷體" w:hAnsi="Times New Roman"/>
          <w:b w:val="0"/>
          <w:sz w:val="24"/>
          <w:lang w:eastAsia="zh-TW"/>
        </w:rPr>
        <w:t>萬立方米，冰雪景觀近萬件，規模浩大，氣勢奪人。通過冰雪語言塑造多處國內外著名建築，並將其與觀賞、娛樂、參與結合，使遊人置身於冰雪盛宴之中。</w:t>
      </w:r>
    </w:p>
    <w:bookmarkEnd w:id="3"/>
    <w:p w14:paraId="00C69303" w14:textId="77777777" w:rsidR="00CB4267" w:rsidRDefault="00000000">
      <w:pPr>
        <w:jc w:val="center"/>
      </w:pPr>
      <w:r>
        <w:rPr>
          <w:lang w:eastAsia="zh-TW"/>
        </w:rPr>
        <w:t xml:space="preserve"> </w:t>
      </w:r>
      <w:r>
        <w:rPr>
          <w:noProof/>
        </w:rPr>
        <w:drawing>
          <wp:inline distT="0" distB="0" distL="0" distR="0" wp14:anchorId="2EC8696E" wp14:editId="59815DF4">
            <wp:extent cx="5486400" cy="3420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
                    <a:stretch>
                      <a:fillRect/>
                    </a:stretch>
                  </pic:blipFill>
                  <pic:spPr>
                    <a:xfrm>
                      <a:off x="0" y="0"/>
                      <a:ext cx="5486400" cy="3420932"/>
                    </a:xfrm>
                    <a:prstGeom prst="rect">
                      <a:avLst/>
                    </a:prstGeom>
                  </pic:spPr>
                </pic:pic>
              </a:graphicData>
            </a:graphic>
          </wp:inline>
        </w:drawing>
      </w:r>
    </w:p>
    <w:p w14:paraId="5D02956E" w14:textId="77777777" w:rsidR="00CB4267" w:rsidRDefault="00000000">
      <w:pPr>
        <w:pStyle w:val="21"/>
      </w:pPr>
      <w:r>
        <w:rPr>
          <w:rFonts w:ascii="Times New Roman" w:eastAsia="標楷體" w:hAnsi="Times New Roman"/>
          <w:b w:val="0"/>
          <w:sz w:val="24"/>
        </w:rPr>
        <w:t>推薦景點</w:t>
      </w:r>
    </w:p>
    <w:p w14:paraId="472B97C5" w14:textId="77777777" w:rsidR="00CB4267" w:rsidRDefault="00000000">
      <w:pPr>
        <w:jc w:val="center"/>
      </w:pPr>
      <w:r>
        <w:t xml:space="preserve"> </w:t>
      </w:r>
      <w:r>
        <w:rPr>
          <w:noProof/>
        </w:rPr>
        <w:drawing>
          <wp:inline distT="0" distB="0" distL="0" distR="0" wp14:anchorId="52FE2DEF" wp14:editId="7C3510EC">
            <wp:extent cx="5486400" cy="2323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
                    <a:stretch>
                      <a:fillRect/>
                    </a:stretch>
                  </pic:blipFill>
                  <pic:spPr>
                    <a:xfrm>
                      <a:off x="0" y="0"/>
                      <a:ext cx="5486400" cy="2323652"/>
                    </a:xfrm>
                    <a:prstGeom prst="rect">
                      <a:avLst/>
                    </a:prstGeom>
                  </pic:spPr>
                </pic:pic>
              </a:graphicData>
            </a:graphic>
          </wp:inline>
        </w:drawing>
      </w:r>
    </w:p>
    <w:p w14:paraId="6E6A3AB4" w14:textId="77777777" w:rsidR="00CB4267" w:rsidRDefault="00000000">
      <w:pPr>
        <w:pStyle w:val="31"/>
        <w:rPr>
          <w:lang w:eastAsia="zh-TW"/>
        </w:rPr>
      </w:pPr>
      <w:proofErr w:type="gramStart"/>
      <w:r>
        <w:rPr>
          <w:rFonts w:ascii="Times New Roman" w:eastAsia="標楷體" w:hAnsi="Times New Roman"/>
          <w:b w:val="0"/>
          <w:sz w:val="24"/>
          <w:lang w:eastAsia="zh-TW"/>
        </w:rPr>
        <w:lastRenderedPageBreak/>
        <w:t>太陽島雪雕</w:t>
      </w:r>
      <w:proofErr w:type="gramEnd"/>
      <w:r>
        <w:rPr>
          <w:rFonts w:ascii="Times New Roman" w:eastAsia="標楷體" w:hAnsi="Times New Roman"/>
          <w:b w:val="0"/>
          <w:sz w:val="24"/>
          <w:lang w:eastAsia="zh-TW"/>
        </w:rPr>
        <w:t>博覽會</w:t>
      </w:r>
      <w:r>
        <w:rPr>
          <w:rFonts w:ascii="Times New Roman" w:eastAsia="標楷體" w:hAnsi="Times New Roman"/>
          <w:b w:val="0"/>
          <w:sz w:val="24"/>
          <w:lang w:eastAsia="zh-TW"/>
        </w:rPr>
        <w:t>(</w:t>
      </w:r>
      <w:r>
        <w:rPr>
          <w:rFonts w:ascii="Times New Roman" w:eastAsia="標楷體" w:hAnsi="Times New Roman"/>
          <w:b w:val="0"/>
          <w:sz w:val="24"/>
          <w:lang w:eastAsia="zh-TW"/>
        </w:rPr>
        <w:t>含電瓶車</w:t>
      </w:r>
      <w:r>
        <w:rPr>
          <w:rFonts w:ascii="Times New Roman" w:eastAsia="標楷體" w:hAnsi="Times New Roman"/>
          <w:b w:val="0"/>
          <w:sz w:val="24"/>
          <w:lang w:eastAsia="zh-TW"/>
        </w:rPr>
        <w:t>)</w:t>
      </w:r>
      <w:r>
        <w:rPr>
          <w:rFonts w:ascii="Times New Roman" w:eastAsia="標楷體" w:hAnsi="Times New Roman"/>
          <w:b w:val="0"/>
          <w:sz w:val="24"/>
          <w:lang w:eastAsia="zh-TW"/>
        </w:rPr>
        <w:br/>
      </w:r>
      <w:r>
        <w:rPr>
          <w:rFonts w:ascii="Times New Roman" w:eastAsia="標楷體" w:hAnsi="Times New Roman"/>
          <w:b w:val="0"/>
          <w:sz w:val="24"/>
          <w:lang w:eastAsia="zh-TW"/>
        </w:rPr>
        <w:t>在松花江北岸、史達林公園對岸，是哈爾濱的一顆亮麗明珠，自然風景異常秀美。全島碧水環抱，水光</w:t>
      </w:r>
      <w:proofErr w:type="gramStart"/>
      <w:r>
        <w:rPr>
          <w:rFonts w:ascii="Times New Roman" w:eastAsia="標楷體" w:hAnsi="Times New Roman"/>
          <w:b w:val="0"/>
          <w:sz w:val="24"/>
          <w:lang w:eastAsia="zh-TW"/>
        </w:rPr>
        <w:t>瀲灩</w:t>
      </w:r>
      <w:proofErr w:type="gramEnd"/>
      <w:r>
        <w:rPr>
          <w:rFonts w:ascii="Times New Roman" w:eastAsia="標楷體" w:hAnsi="Times New Roman"/>
          <w:b w:val="0"/>
          <w:sz w:val="24"/>
          <w:lang w:eastAsia="zh-TW"/>
        </w:rPr>
        <w:t>，幽雅靜謐，野趣濃郁，原野風光質樸粗獷。在這片白色大地中，廣闊的太陽島公園裡有栩栩如生的雪雕，還有可愛逗趣的造型吉祥物、原味呈現的知名畫作、巨大而寫實的尺寸，震撼著視覺；雖然冰冷但確有熱度的交流。</w:t>
      </w:r>
    </w:p>
    <w:p w14:paraId="7C5AF8EF" w14:textId="77777777" w:rsidR="00CB4267" w:rsidRDefault="00000000">
      <w:pPr>
        <w:jc w:val="center"/>
      </w:pPr>
      <w:r>
        <w:rPr>
          <w:lang w:eastAsia="zh-TW"/>
        </w:rPr>
        <w:t xml:space="preserve"> </w:t>
      </w:r>
      <w:r>
        <w:rPr>
          <w:noProof/>
        </w:rPr>
        <w:drawing>
          <wp:inline distT="0" distB="0" distL="0" distR="0" wp14:anchorId="1AD72B8B" wp14:editId="4BAE2613">
            <wp:extent cx="5486400" cy="2452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
                    <a:stretch>
                      <a:fillRect/>
                    </a:stretch>
                  </pic:blipFill>
                  <pic:spPr>
                    <a:xfrm>
                      <a:off x="0" y="0"/>
                      <a:ext cx="5486400" cy="2452744"/>
                    </a:xfrm>
                    <a:prstGeom prst="rect">
                      <a:avLst/>
                    </a:prstGeom>
                  </pic:spPr>
                </pic:pic>
              </a:graphicData>
            </a:graphic>
          </wp:inline>
        </w:drawing>
      </w:r>
    </w:p>
    <w:p w14:paraId="490CD83E" w14:textId="77777777" w:rsidR="00CB4267" w:rsidRDefault="00000000">
      <w:pPr>
        <w:pStyle w:val="31"/>
        <w:rPr>
          <w:lang w:eastAsia="zh-TW"/>
        </w:rPr>
      </w:pPr>
      <w:proofErr w:type="gramStart"/>
      <w:r>
        <w:rPr>
          <w:rFonts w:ascii="Times New Roman" w:eastAsia="標楷體" w:hAnsi="Times New Roman"/>
          <w:b w:val="0"/>
          <w:sz w:val="24"/>
          <w:lang w:eastAsia="zh-TW"/>
        </w:rPr>
        <w:t>雪鄉景</w:t>
      </w:r>
      <w:proofErr w:type="gramEnd"/>
      <w:r>
        <w:rPr>
          <w:rFonts w:ascii="Times New Roman" w:eastAsia="標楷體" w:hAnsi="Times New Roman"/>
          <w:b w:val="0"/>
          <w:sz w:val="24"/>
          <w:lang w:eastAsia="zh-TW"/>
        </w:rPr>
        <w:t>區</w:t>
      </w:r>
      <w:r>
        <w:rPr>
          <w:rFonts w:ascii="Times New Roman" w:eastAsia="標楷體" w:hAnsi="Times New Roman"/>
          <w:b w:val="0"/>
          <w:sz w:val="24"/>
          <w:lang w:eastAsia="zh-TW"/>
        </w:rPr>
        <w:br/>
      </w:r>
      <w:proofErr w:type="gramStart"/>
      <w:r>
        <w:rPr>
          <w:rFonts w:ascii="Times New Roman" w:eastAsia="標楷體" w:hAnsi="Times New Roman"/>
          <w:b w:val="0"/>
          <w:sz w:val="24"/>
          <w:lang w:eastAsia="zh-TW"/>
        </w:rPr>
        <w:t>雪鄉</w:t>
      </w:r>
      <w:proofErr w:type="gramEnd"/>
      <w:r>
        <w:rPr>
          <w:rFonts w:ascii="Times New Roman" w:eastAsia="標楷體" w:hAnsi="Times New Roman"/>
          <w:b w:val="0"/>
          <w:sz w:val="24"/>
          <w:lang w:eastAsia="zh-TW"/>
        </w:rPr>
        <w:t>，猶如一顆璀璨的明珠，鑲嵌在張廣財嶺的東南坡，由於受山區小氣候的偏愛，這裡每年十月瑞雪飄飄，冬季積雪厚度可達</w:t>
      </w:r>
      <w:r>
        <w:rPr>
          <w:rFonts w:ascii="Times New Roman" w:eastAsia="標楷體" w:hAnsi="Times New Roman"/>
          <w:b w:val="0"/>
          <w:sz w:val="24"/>
          <w:lang w:eastAsia="zh-TW"/>
        </w:rPr>
        <w:t>2</w:t>
      </w:r>
      <w:r>
        <w:rPr>
          <w:rFonts w:ascii="Times New Roman" w:eastAsia="標楷體" w:hAnsi="Times New Roman"/>
          <w:b w:val="0"/>
          <w:sz w:val="24"/>
          <w:lang w:eastAsia="zh-TW"/>
        </w:rPr>
        <w:t>米深，</w:t>
      </w:r>
      <w:proofErr w:type="gramStart"/>
      <w:r>
        <w:rPr>
          <w:rFonts w:ascii="Times New Roman" w:eastAsia="標楷體" w:hAnsi="Times New Roman"/>
          <w:b w:val="0"/>
          <w:sz w:val="24"/>
          <w:lang w:eastAsia="zh-TW"/>
        </w:rPr>
        <w:t>雪質優良</w:t>
      </w:r>
      <w:proofErr w:type="gramEnd"/>
      <w:r>
        <w:rPr>
          <w:rFonts w:ascii="Times New Roman" w:eastAsia="標楷體" w:hAnsi="Times New Roman"/>
          <w:b w:val="0"/>
          <w:sz w:val="24"/>
          <w:lang w:eastAsia="zh-TW"/>
        </w:rPr>
        <w:t>，雪量豐富。隆冬季節幾乎日日飛雪迎賓，好一派北國風光。擁著層層疊疊的積雪，百餘戶的居民區猶如一座相連的「雪屋」，房</w:t>
      </w:r>
      <w:proofErr w:type="gramStart"/>
      <w:r>
        <w:rPr>
          <w:rFonts w:ascii="Times New Roman" w:eastAsia="標楷體" w:hAnsi="Times New Roman"/>
          <w:b w:val="0"/>
          <w:sz w:val="24"/>
          <w:lang w:eastAsia="zh-TW"/>
        </w:rPr>
        <w:t>舍隨物具</w:t>
      </w:r>
      <w:proofErr w:type="gramEnd"/>
      <w:r>
        <w:rPr>
          <w:rFonts w:ascii="Times New Roman" w:eastAsia="標楷體" w:hAnsi="Times New Roman"/>
          <w:b w:val="0"/>
          <w:sz w:val="24"/>
          <w:lang w:eastAsia="zh-TW"/>
        </w:rPr>
        <w:t>形的積雪在風力的作用下可達</w:t>
      </w:r>
      <w:r>
        <w:rPr>
          <w:rFonts w:ascii="Times New Roman" w:eastAsia="標楷體" w:hAnsi="Times New Roman"/>
          <w:b w:val="0"/>
          <w:sz w:val="24"/>
          <w:lang w:eastAsia="zh-TW"/>
        </w:rPr>
        <w:t>1</w:t>
      </w:r>
      <w:r>
        <w:rPr>
          <w:rFonts w:ascii="Times New Roman" w:eastAsia="標楷體" w:hAnsi="Times New Roman"/>
          <w:b w:val="0"/>
          <w:sz w:val="24"/>
          <w:lang w:eastAsia="zh-TW"/>
        </w:rPr>
        <w:t>米厚，</w:t>
      </w:r>
      <w:proofErr w:type="gramStart"/>
      <w:r>
        <w:rPr>
          <w:rFonts w:ascii="Times New Roman" w:eastAsia="標楷體" w:hAnsi="Times New Roman"/>
          <w:b w:val="0"/>
          <w:sz w:val="24"/>
          <w:lang w:eastAsia="zh-TW"/>
        </w:rPr>
        <w:t>雪鄉從</w:t>
      </w:r>
      <w:proofErr w:type="gramEnd"/>
      <w:r>
        <w:rPr>
          <w:rFonts w:ascii="Times New Roman" w:eastAsia="標楷體" w:hAnsi="Times New Roman"/>
          <w:b w:val="0"/>
          <w:sz w:val="24"/>
          <w:lang w:eastAsia="zh-TW"/>
        </w:rPr>
        <w:t>初冬冰花乍放的清晰到早春霧淞</w:t>
      </w:r>
      <w:proofErr w:type="gramStart"/>
      <w:r>
        <w:rPr>
          <w:rFonts w:ascii="Times New Roman" w:eastAsia="標楷體" w:hAnsi="Times New Roman"/>
          <w:b w:val="0"/>
          <w:sz w:val="24"/>
          <w:lang w:eastAsia="zh-TW"/>
        </w:rPr>
        <w:t>涓</w:t>
      </w:r>
      <w:proofErr w:type="gramEnd"/>
      <w:r>
        <w:rPr>
          <w:rFonts w:ascii="Times New Roman" w:eastAsia="標楷體" w:hAnsi="Times New Roman"/>
          <w:b w:val="0"/>
          <w:sz w:val="24"/>
          <w:lang w:eastAsia="zh-TW"/>
        </w:rPr>
        <w:t>流的婉約，無時無刻不散發著雪的神韻，因此得名</w:t>
      </w:r>
      <w:proofErr w:type="gramStart"/>
      <w:r>
        <w:rPr>
          <w:rFonts w:ascii="Times New Roman" w:eastAsia="標楷體" w:hAnsi="Times New Roman"/>
          <w:b w:val="0"/>
          <w:sz w:val="24"/>
          <w:lang w:eastAsia="zh-TW"/>
        </w:rPr>
        <w:t>─</w:t>
      </w:r>
      <w:r>
        <w:rPr>
          <w:rFonts w:ascii="Times New Roman" w:eastAsia="標楷體" w:hAnsi="Times New Roman"/>
          <w:b w:val="0"/>
          <w:sz w:val="24"/>
          <w:lang w:eastAsia="zh-TW"/>
        </w:rPr>
        <w:t>中國雪鄉</w:t>
      </w:r>
      <w:proofErr w:type="gramEnd"/>
      <w:r>
        <w:rPr>
          <w:rFonts w:ascii="Times New Roman" w:eastAsia="標楷體" w:hAnsi="Times New Roman"/>
          <w:b w:val="0"/>
          <w:sz w:val="24"/>
          <w:lang w:eastAsia="zh-TW"/>
        </w:rPr>
        <w:t>。</w:t>
      </w:r>
    </w:p>
    <w:p w14:paraId="0CD0A043" w14:textId="77777777" w:rsidR="00CB4267" w:rsidRDefault="00000000">
      <w:pPr>
        <w:jc w:val="center"/>
      </w:pPr>
      <w:r>
        <w:rPr>
          <w:lang w:eastAsia="zh-TW"/>
        </w:rPr>
        <w:t xml:space="preserve"> </w:t>
      </w:r>
      <w:r>
        <w:rPr>
          <w:noProof/>
        </w:rPr>
        <w:drawing>
          <wp:inline distT="0" distB="0" distL="0" distR="0" wp14:anchorId="72F771AE" wp14:editId="19D104B1">
            <wp:extent cx="5486400" cy="2323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a:stretch>
                      <a:fillRect/>
                    </a:stretch>
                  </pic:blipFill>
                  <pic:spPr>
                    <a:xfrm>
                      <a:off x="0" y="0"/>
                      <a:ext cx="5486400" cy="2323652"/>
                    </a:xfrm>
                    <a:prstGeom prst="rect">
                      <a:avLst/>
                    </a:prstGeom>
                  </pic:spPr>
                </pic:pic>
              </a:graphicData>
            </a:graphic>
          </wp:inline>
        </w:drawing>
      </w:r>
    </w:p>
    <w:p w14:paraId="3AA0E6BC" w14:textId="77777777" w:rsidR="00CB4267" w:rsidRDefault="00000000">
      <w:pPr>
        <w:pStyle w:val="31"/>
        <w:rPr>
          <w:lang w:eastAsia="zh-TW"/>
        </w:rPr>
      </w:pPr>
      <w:r>
        <w:rPr>
          <w:rFonts w:ascii="Times New Roman" w:eastAsia="標楷體" w:hAnsi="Times New Roman"/>
          <w:b w:val="0"/>
          <w:sz w:val="24"/>
          <w:lang w:eastAsia="zh-TW"/>
        </w:rPr>
        <w:lastRenderedPageBreak/>
        <w:t>瀋陽故宮</w:t>
      </w:r>
      <w:r>
        <w:rPr>
          <w:rFonts w:ascii="Times New Roman" w:eastAsia="標楷體" w:hAnsi="Times New Roman"/>
          <w:b w:val="0"/>
          <w:sz w:val="24"/>
          <w:lang w:eastAsia="zh-TW"/>
        </w:rPr>
        <w:br/>
      </w:r>
      <w:r>
        <w:rPr>
          <w:rFonts w:ascii="Times New Roman" w:eastAsia="標楷體" w:hAnsi="Times New Roman"/>
          <w:b w:val="0"/>
          <w:sz w:val="24"/>
          <w:lang w:eastAsia="zh-TW"/>
        </w:rPr>
        <w:t>見證滿清盛衰，是滿清在入關前所建造的皇宮，黃色琉璃瓦所建構的宮殿在陽光照射</w:t>
      </w:r>
      <w:r>
        <w:rPr>
          <w:rFonts w:ascii="Times New Roman" w:eastAsia="標楷體" w:hAnsi="Times New Roman"/>
          <w:b w:val="0"/>
          <w:sz w:val="24"/>
          <w:lang w:eastAsia="zh-TW"/>
        </w:rPr>
        <w:br/>
      </w:r>
      <w:r>
        <w:rPr>
          <w:rFonts w:ascii="Times New Roman" w:eastAsia="標楷體" w:hAnsi="Times New Roman"/>
          <w:b w:val="0"/>
          <w:sz w:val="24"/>
          <w:lang w:eastAsia="zh-TW"/>
        </w:rPr>
        <w:t>下更顯得壯麗輝煌，而在當時不僅是努爾哈赤和皇太極進攻中原的根據地，且當年年僅６歲的順治皇帝，由其叔父多爾袞輔政時，也是在此登基，之後才遷都北京，</w:t>
      </w:r>
      <w:proofErr w:type="gramStart"/>
      <w:r>
        <w:rPr>
          <w:rFonts w:ascii="Times New Roman" w:eastAsia="標楷體" w:hAnsi="Times New Roman"/>
          <w:b w:val="0"/>
          <w:sz w:val="24"/>
          <w:lang w:eastAsia="zh-TW"/>
        </w:rPr>
        <w:t>可說極具</w:t>
      </w:r>
      <w:proofErr w:type="gramEnd"/>
      <w:r>
        <w:rPr>
          <w:rFonts w:ascii="Times New Roman" w:eastAsia="標楷體" w:hAnsi="Times New Roman"/>
          <w:b w:val="0"/>
          <w:sz w:val="24"/>
          <w:lang w:eastAsia="zh-TW"/>
        </w:rPr>
        <w:t>歷史價值，更是中國現今僅次於北京故宮最完整的建築。</w:t>
      </w:r>
    </w:p>
    <w:p w14:paraId="49C07D35" w14:textId="77777777" w:rsidR="00CB4267" w:rsidRDefault="00000000">
      <w:pPr>
        <w:jc w:val="center"/>
      </w:pPr>
      <w:r>
        <w:rPr>
          <w:lang w:eastAsia="zh-TW"/>
        </w:rPr>
        <w:t xml:space="preserve"> </w:t>
      </w:r>
      <w:r>
        <w:rPr>
          <w:noProof/>
        </w:rPr>
        <w:drawing>
          <wp:inline distT="0" distB="0" distL="0" distR="0" wp14:anchorId="02ADC41C" wp14:editId="5F49166D">
            <wp:extent cx="5486400" cy="23236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0"/>
                    <a:stretch>
                      <a:fillRect/>
                    </a:stretch>
                  </pic:blipFill>
                  <pic:spPr>
                    <a:xfrm>
                      <a:off x="0" y="0"/>
                      <a:ext cx="5486400" cy="2323652"/>
                    </a:xfrm>
                    <a:prstGeom prst="rect">
                      <a:avLst/>
                    </a:prstGeom>
                  </pic:spPr>
                </pic:pic>
              </a:graphicData>
            </a:graphic>
          </wp:inline>
        </w:drawing>
      </w:r>
    </w:p>
    <w:p w14:paraId="78903BF5" w14:textId="77777777" w:rsidR="00CB4267" w:rsidRDefault="00000000">
      <w:pPr>
        <w:pStyle w:val="31"/>
      </w:pPr>
      <w:r>
        <w:rPr>
          <w:rFonts w:ascii="Times New Roman" w:eastAsia="標楷體" w:hAnsi="Times New Roman"/>
          <w:b w:val="0"/>
          <w:sz w:val="24"/>
        </w:rPr>
        <w:t>貼心贈送</w:t>
      </w:r>
    </w:p>
    <w:p w14:paraId="505920D0" w14:textId="77777777" w:rsidR="00CB4267" w:rsidRDefault="00000000">
      <w:pPr>
        <w:pStyle w:val="a0"/>
      </w:pPr>
      <w:r>
        <w:rPr>
          <w:rFonts w:ascii="Times New Roman" w:eastAsia="標楷體" w:hAnsi="Times New Roman"/>
          <w:sz w:val="24"/>
        </w:rPr>
        <w:t>每人每天一瓶礦泉水</w:t>
      </w:r>
    </w:p>
    <w:p w14:paraId="064C9A51" w14:textId="77777777" w:rsidR="00CB4267" w:rsidRDefault="00000000">
      <w:pPr>
        <w:pStyle w:val="21"/>
      </w:pPr>
      <w:r>
        <w:rPr>
          <w:rFonts w:ascii="Times New Roman" w:eastAsia="標楷體" w:hAnsi="Times New Roman"/>
          <w:b w:val="0"/>
          <w:color w:val="000000"/>
          <w:sz w:val="24"/>
        </w:rPr>
        <w:t>住宿安排</w:t>
      </w:r>
    </w:p>
    <w:p w14:paraId="43C8C53B" w14:textId="77777777" w:rsidR="00CB4267" w:rsidRDefault="00000000">
      <w:pPr>
        <w:pStyle w:val="31"/>
        <w:rPr>
          <w:lang w:eastAsia="zh-TW"/>
        </w:rPr>
      </w:pPr>
      <w:r>
        <w:rPr>
          <w:rFonts w:ascii="Times New Roman" w:eastAsia="標楷體" w:hAnsi="Times New Roman"/>
          <w:b w:val="0"/>
          <w:color w:val="000000"/>
          <w:sz w:val="24"/>
          <w:lang w:eastAsia="zh-TW"/>
        </w:rPr>
        <w:t>瀋陽綠城喜來登酒店</w:t>
      </w:r>
      <w:r>
        <w:rPr>
          <w:rFonts w:ascii="Times New Roman" w:eastAsia="標楷體" w:hAnsi="Times New Roman"/>
          <w:b w:val="0"/>
          <w:color w:val="000000"/>
          <w:sz w:val="24"/>
          <w:lang w:eastAsia="zh-TW"/>
        </w:rPr>
        <w:br/>
      </w:r>
      <w:r>
        <w:rPr>
          <w:rFonts w:ascii="Times New Roman" w:eastAsia="標楷體" w:hAnsi="Times New Roman"/>
          <w:b w:val="0"/>
          <w:color w:val="000000"/>
          <w:sz w:val="24"/>
          <w:lang w:eastAsia="zh-TW"/>
        </w:rPr>
        <w:t>綠城喜來登酒店是瀋陽受歡迎的豪華酒店之一，毗鄰瀋陽市政府，距瀋陽全運萬達廣場約</w:t>
      </w:r>
      <w:r>
        <w:rPr>
          <w:rFonts w:ascii="Times New Roman" w:eastAsia="標楷體" w:hAnsi="Times New Roman"/>
          <w:b w:val="0"/>
          <w:color w:val="000000"/>
          <w:sz w:val="24"/>
          <w:lang w:eastAsia="zh-TW"/>
        </w:rPr>
        <w:t>5</w:t>
      </w:r>
      <w:r>
        <w:rPr>
          <w:rFonts w:ascii="Times New Roman" w:eastAsia="標楷體" w:hAnsi="Times New Roman"/>
          <w:b w:val="0"/>
          <w:color w:val="000000"/>
          <w:sz w:val="24"/>
          <w:lang w:eastAsia="zh-TW"/>
        </w:rPr>
        <w:t>分鐘車程，是您家庭出遊、商務出行的便捷之所。酒店擁有</w:t>
      </w:r>
      <w:r>
        <w:rPr>
          <w:rFonts w:ascii="Times New Roman" w:eastAsia="標楷體" w:hAnsi="Times New Roman"/>
          <w:b w:val="0"/>
          <w:color w:val="000000"/>
          <w:sz w:val="24"/>
          <w:lang w:eastAsia="zh-TW"/>
        </w:rPr>
        <w:t>300</w:t>
      </w:r>
      <w:r>
        <w:rPr>
          <w:rFonts w:ascii="Times New Roman" w:eastAsia="標楷體" w:hAnsi="Times New Roman"/>
          <w:b w:val="0"/>
          <w:color w:val="000000"/>
          <w:sz w:val="24"/>
          <w:lang w:eastAsia="zh-TW"/>
        </w:rPr>
        <w:t>餘間舒適的客房與套房，</w:t>
      </w:r>
      <w:r>
        <w:rPr>
          <w:rFonts w:ascii="Times New Roman" w:eastAsia="標楷體" w:hAnsi="Times New Roman"/>
          <w:b w:val="0"/>
          <w:color w:val="000000"/>
          <w:sz w:val="24"/>
          <w:lang w:eastAsia="zh-TW"/>
        </w:rPr>
        <w:t>50</w:t>
      </w:r>
      <w:r>
        <w:rPr>
          <w:rFonts w:ascii="Times New Roman" w:eastAsia="標楷體" w:hAnsi="Times New Roman"/>
          <w:b w:val="0"/>
          <w:color w:val="000000"/>
          <w:sz w:val="24"/>
          <w:lang w:eastAsia="zh-TW"/>
        </w:rPr>
        <w:t>平方米超大面積的客房均配備喜來登特色睡眠</w:t>
      </w:r>
      <w:proofErr w:type="gramStart"/>
      <w:r>
        <w:rPr>
          <w:rFonts w:ascii="Times New Roman" w:eastAsia="標楷體" w:hAnsi="Times New Roman"/>
          <w:b w:val="0"/>
          <w:color w:val="000000"/>
          <w:sz w:val="24"/>
          <w:lang w:eastAsia="zh-TW"/>
        </w:rPr>
        <w:t>體驗床品</w:t>
      </w:r>
      <w:proofErr w:type="gramEnd"/>
      <w:r>
        <w:rPr>
          <w:rFonts w:ascii="Times New Roman" w:eastAsia="標楷體" w:hAnsi="Times New Roman"/>
          <w:b w:val="0"/>
          <w:color w:val="000000"/>
          <w:sz w:val="24"/>
          <w:lang w:eastAsia="zh-TW"/>
        </w:rPr>
        <w:t>，入住客人可以免費使用游泳池及健身房，讓您在工作之餘也能盡享舒適愜意。</w:t>
      </w:r>
    </w:p>
    <w:p w14:paraId="08433DEE" w14:textId="77777777" w:rsidR="00CB4267" w:rsidRDefault="00000000">
      <w:pPr>
        <w:jc w:val="center"/>
      </w:pPr>
      <w:r>
        <w:rPr>
          <w:lang w:eastAsia="zh-TW"/>
        </w:rPr>
        <w:t xml:space="preserve"> </w:t>
      </w:r>
      <w:r>
        <w:rPr>
          <w:noProof/>
        </w:rPr>
        <w:drawing>
          <wp:inline distT="0" distB="0" distL="0" distR="0" wp14:anchorId="11EE2C8B" wp14:editId="792F8BE9">
            <wp:extent cx="5486400" cy="2259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a:stretch>
                      <a:fillRect/>
                    </a:stretch>
                  </pic:blipFill>
                  <pic:spPr>
                    <a:xfrm>
                      <a:off x="0" y="0"/>
                      <a:ext cx="5486400" cy="2259106"/>
                    </a:xfrm>
                    <a:prstGeom prst="rect">
                      <a:avLst/>
                    </a:prstGeom>
                  </pic:spPr>
                </pic:pic>
              </a:graphicData>
            </a:graphic>
          </wp:inline>
        </w:drawing>
      </w:r>
    </w:p>
    <w:p w14:paraId="16AB909B" w14:textId="77777777" w:rsidR="00CB4267" w:rsidRDefault="00000000">
      <w:pPr>
        <w:pStyle w:val="31"/>
        <w:rPr>
          <w:lang w:eastAsia="zh-TW"/>
        </w:rPr>
      </w:pPr>
      <w:r>
        <w:rPr>
          <w:rFonts w:ascii="Times New Roman" w:eastAsia="標楷體" w:hAnsi="Times New Roman"/>
          <w:b w:val="0"/>
          <w:color w:val="000000"/>
          <w:sz w:val="24"/>
          <w:lang w:eastAsia="zh-TW"/>
        </w:rPr>
        <w:lastRenderedPageBreak/>
        <w:t>長春</w:t>
      </w:r>
      <w:proofErr w:type="gramStart"/>
      <w:r>
        <w:rPr>
          <w:rFonts w:ascii="Times New Roman" w:eastAsia="標楷體" w:hAnsi="Times New Roman"/>
          <w:b w:val="0"/>
          <w:color w:val="000000"/>
          <w:sz w:val="24"/>
          <w:lang w:eastAsia="zh-TW"/>
        </w:rPr>
        <w:t>福朋喜</w:t>
      </w:r>
      <w:proofErr w:type="gramEnd"/>
      <w:r>
        <w:rPr>
          <w:rFonts w:ascii="Times New Roman" w:eastAsia="標楷體" w:hAnsi="Times New Roman"/>
          <w:b w:val="0"/>
          <w:color w:val="000000"/>
          <w:sz w:val="24"/>
          <w:lang w:eastAsia="zh-TW"/>
        </w:rPr>
        <w:t>來登酒店</w:t>
      </w:r>
      <w:r>
        <w:rPr>
          <w:rFonts w:ascii="Times New Roman" w:eastAsia="標楷體" w:hAnsi="Times New Roman"/>
          <w:b w:val="0"/>
          <w:color w:val="000000"/>
          <w:sz w:val="24"/>
          <w:lang w:eastAsia="zh-TW"/>
        </w:rPr>
        <w:br/>
      </w:r>
      <w:r>
        <w:rPr>
          <w:rFonts w:ascii="Times New Roman" w:eastAsia="標楷體" w:hAnsi="Times New Roman"/>
          <w:b w:val="0"/>
          <w:color w:val="000000"/>
          <w:sz w:val="24"/>
          <w:lang w:eastAsia="zh-TW"/>
        </w:rPr>
        <w:t>酒店擁有</w:t>
      </w:r>
      <w:r>
        <w:rPr>
          <w:rFonts w:ascii="Times New Roman" w:eastAsia="標楷體" w:hAnsi="Times New Roman"/>
          <w:b w:val="0"/>
          <w:color w:val="000000"/>
          <w:sz w:val="24"/>
          <w:lang w:eastAsia="zh-TW"/>
        </w:rPr>
        <w:t>350</w:t>
      </w:r>
      <w:r>
        <w:rPr>
          <w:rFonts w:ascii="Times New Roman" w:eastAsia="標楷體" w:hAnsi="Times New Roman"/>
          <w:b w:val="0"/>
          <w:color w:val="000000"/>
          <w:sz w:val="24"/>
          <w:lang w:eastAsia="zh-TW"/>
        </w:rPr>
        <w:t>間明亮寬敞的客房和套房，為您帶來如家般的舒適。房間配備您所需的一切設施。</w:t>
      </w:r>
      <w:proofErr w:type="gramStart"/>
      <w:r>
        <w:rPr>
          <w:rFonts w:ascii="Times New Roman" w:eastAsia="標楷體" w:hAnsi="Times New Roman"/>
          <w:b w:val="0"/>
          <w:color w:val="000000"/>
          <w:sz w:val="24"/>
          <w:lang w:eastAsia="zh-TW"/>
        </w:rPr>
        <w:t>您可躺在</w:t>
      </w:r>
      <w:proofErr w:type="gramEnd"/>
      <w:r>
        <w:rPr>
          <w:rFonts w:ascii="Times New Roman" w:eastAsia="標楷體" w:hAnsi="Times New Roman"/>
          <w:b w:val="0"/>
          <w:color w:val="000000"/>
          <w:sz w:val="24"/>
          <w:lang w:eastAsia="zh-TW"/>
        </w:rPr>
        <w:t>特色</w:t>
      </w:r>
      <w:proofErr w:type="gramStart"/>
      <w:r>
        <w:rPr>
          <w:rFonts w:ascii="Times New Roman" w:eastAsia="標楷體" w:hAnsi="Times New Roman"/>
          <w:b w:val="0"/>
          <w:color w:val="000000"/>
          <w:sz w:val="24"/>
          <w:lang w:eastAsia="zh-TW"/>
        </w:rPr>
        <w:t>福朋舒適</w:t>
      </w:r>
      <w:proofErr w:type="gramEnd"/>
      <w:r>
        <w:rPr>
          <w:rFonts w:ascii="Times New Roman" w:eastAsia="標楷體" w:hAnsi="Times New Roman"/>
          <w:b w:val="0"/>
          <w:color w:val="000000"/>
          <w:sz w:val="24"/>
          <w:lang w:eastAsia="zh-TW"/>
        </w:rPr>
        <w:t>之床上盡享酣甜睡眠；每</w:t>
      </w:r>
      <w:proofErr w:type="gramStart"/>
      <w:r>
        <w:rPr>
          <w:rFonts w:ascii="Times New Roman" w:eastAsia="標楷體" w:hAnsi="Times New Roman"/>
          <w:b w:val="0"/>
          <w:color w:val="000000"/>
          <w:sz w:val="24"/>
          <w:lang w:eastAsia="zh-TW"/>
        </w:rPr>
        <w:t>個</w:t>
      </w:r>
      <w:proofErr w:type="gramEnd"/>
      <w:r>
        <w:rPr>
          <w:rFonts w:ascii="Times New Roman" w:eastAsia="標楷體" w:hAnsi="Times New Roman"/>
          <w:b w:val="0"/>
          <w:color w:val="000000"/>
          <w:sz w:val="24"/>
          <w:lang w:eastAsia="zh-TW"/>
        </w:rPr>
        <w:t>房間都配備的高速無線網路隨心進行</w:t>
      </w:r>
      <w:proofErr w:type="gramStart"/>
      <w:r>
        <w:rPr>
          <w:rFonts w:ascii="Times New Roman" w:eastAsia="標楷體" w:hAnsi="Times New Roman"/>
          <w:b w:val="0"/>
          <w:color w:val="000000"/>
          <w:sz w:val="24"/>
          <w:lang w:eastAsia="zh-TW"/>
        </w:rPr>
        <w:t>飆</w:t>
      </w:r>
      <w:proofErr w:type="gramEnd"/>
      <w:r>
        <w:rPr>
          <w:rFonts w:ascii="Times New Roman" w:eastAsia="標楷體" w:hAnsi="Times New Roman"/>
          <w:b w:val="0"/>
          <w:color w:val="000000"/>
          <w:sz w:val="24"/>
          <w:lang w:eastAsia="zh-TW"/>
        </w:rPr>
        <w:t>網。</w:t>
      </w:r>
    </w:p>
    <w:p w14:paraId="4ED7462D" w14:textId="77777777" w:rsidR="00CB4267" w:rsidRDefault="00000000">
      <w:pPr>
        <w:jc w:val="center"/>
      </w:pPr>
      <w:r>
        <w:rPr>
          <w:lang w:eastAsia="zh-TW"/>
        </w:rPr>
        <w:t xml:space="preserve"> </w:t>
      </w:r>
      <w:r>
        <w:rPr>
          <w:noProof/>
        </w:rPr>
        <w:drawing>
          <wp:inline distT="0" distB="0" distL="0" distR="0" wp14:anchorId="30176B6C" wp14:editId="0D80D8CB">
            <wp:extent cx="5486400" cy="22591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a:stretch>
                      <a:fillRect/>
                    </a:stretch>
                  </pic:blipFill>
                  <pic:spPr>
                    <a:xfrm>
                      <a:off x="0" y="0"/>
                      <a:ext cx="5486400" cy="2259106"/>
                    </a:xfrm>
                    <a:prstGeom prst="rect">
                      <a:avLst/>
                    </a:prstGeom>
                  </pic:spPr>
                </pic:pic>
              </a:graphicData>
            </a:graphic>
          </wp:inline>
        </w:drawing>
      </w:r>
    </w:p>
    <w:p w14:paraId="33AC0B35" w14:textId="77777777" w:rsidR="00CB4267" w:rsidRDefault="00000000">
      <w:pPr>
        <w:pStyle w:val="31"/>
        <w:rPr>
          <w:lang w:eastAsia="zh-TW"/>
        </w:rPr>
      </w:pPr>
      <w:r>
        <w:rPr>
          <w:rFonts w:ascii="Times New Roman" w:eastAsia="標楷體" w:hAnsi="Times New Roman"/>
          <w:b w:val="0"/>
          <w:color w:val="000000"/>
          <w:sz w:val="24"/>
          <w:lang w:eastAsia="zh-TW"/>
        </w:rPr>
        <w:t>哈爾濱皇冠假日酒店</w:t>
      </w:r>
      <w:r>
        <w:rPr>
          <w:rFonts w:ascii="Times New Roman" w:eastAsia="標楷體" w:hAnsi="Times New Roman"/>
          <w:b w:val="0"/>
          <w:color w:val="000000"/>
          <w:sz w:val="24"/>
          <w:lang w:eastAsia="zh-TW"/>
        </w:rPr>
        <w:br/>
      </w:r>
      <w:r>
        <w:rPr>
          <w:rFonts w:ascii="Times New Roman" w:eastAsia="標楷體" w:hAnsi="Times New Roman"/>
          <w:b w:val="0"/>
          <w:color w:val="000000"/>
          <w:sz w:val="24"/>
          <w:lang w:eastAsia="zh-TW"/>
        </w:rPr>
        <w:t>酒店於</w:t>
      </w:r>
      <w:r>
        <w:rPr>
          <w:rFonts w:ascii="Times New Roman" w:eastAsia="標楷體" w:hAnsi="Times New Roman"/>
          <w:b w:val="0"/>
          <w:color w:val="000000"/>
          <w:sz w:val="24"/>
          <w:lang w:eastAsia="zh-TW"/>
        </w:rPr>
        <w:t>2017</w:t>
      </w:r>
      <w:r>
        <w:rPr>
          <w:rFonts w:ascii="Times New Roman" w:eastAsia="標楷體" w:hAnsi="Times New Roman"/>
          <w:b w:val="0"/>
          <w:color w:val="000000"/>
          <w:sz w:val="24"/>
          <w:lang w:eastAsia="zh-TW"/>
        </w:rPr>
        <w:t>年開業，擁有</w:t>
      </w:r>
      <w:r>
        <w:rPr>
          <w:rFonts w:ascii="Times New Roman" w:eastAsia="標楷體" w:hAnsi="Times New Roman"/>
          <w:b w:val="0"/>
          <w:color w:val="000000"/>
          <w:sz w:val="24"/>
          <w:lang w:eastAsia="zh-TW"/>
        </w:rPr>
        <w:t>415</w:t>
      </w:r>
      <w:r>
        <w:rPr>
          <w:rFonts w:ascii="Times New Roman" w:eastAsia="標楷體" w:hAnsi="Times New Roman"/>
          <w:b w:val="0"/>
          <w:color w:val="000000"/>
          <w:sz w:val="24"/>
          <w:lang w:eastAsia="zh-TW"/>
        </w:rPr>
        <w:t>間雅</w:t>
      </w:r>
      <w:proofErr w:type="gramStart"/>
      <w:r>
        <w:rPr>
          <w:rFonts w:ascii="Times New Roman" w:eastAsia="標楷體" w:hAnsi="Times New Roman"/>
          <w:b w:val="0"/>
          <w:color w:val="000000"/>
          <w:sz w:val="24"/>
          <w:lang w:eastAsia="zh-TW"/>
        </w:rPr>
        <w:t>緻</w:t>
      </w:r>
      <w:proofErr w:type="gramEnd"/>
      <w:r>
        <w:rPr>
          <w:rFonts w:ascii="Times New Roman" w:eastAsia="標楷體" w:hAnsi="Times New Roman"/>
          <w:b w:val="0"/>
          <w:color w:val="000000"/>
          <w:sz w:val="24"/>
          <w:lang w:eastAsia="zh-TW"/>
        </w:rPr>
        <w:t>客房及套房，地理位置優越，距離哈爾濱太平國際機場</w:t>
      </w:r>
      <w:r>
        <w:rPr>
          <w:rFonts w:ascii="Times New Roman" w:eastAsia="標楷體" w:hAnsi="Times New Roman"/>
          <w:b w:val="0"/>
          <w:color w:val="000000"/>
          <w:sz w:val="24"/>
          <w:lang w:eastAsia="zh-TW"/>
        </w:rPr>
        <w:t>38</w:t>
      </w:r>
      <w:r>
        <w:rPr>
          <w:rFonts w:ascii="Times New Roman" w:eastAsia="標楷體" w:hAnsi="Times New Roman"/>
          <w:b w:val="0"/>
          <w:color w:val="000000"/>
          <w:sz w:val="24"/>
          <w:lang w:eastAsia="zh-TW"/>
        </w:rPr>
        <w:t>公里，位於哈爾濱文化旅遊城，臨近冰雪大世界等哈爾濱知名景點，距離哈爾濱中央大街、聖索菲亞大教堂僅</w:t>
      </w:r>
      <w:r>
        <w:rPr>
          <w:rFonts w:ascii="Times New Roman" w:eastAsia="標楷體" w:hAnsi="Times New Roman"/>
          <w:b w:val="0"/>
          <w:color w:val="000000"/>
          <w:sz w:val="24"/>
          <w:lang w:eastAsia="zh-TW"/>
        </w:rPr>
        <w:t>30</w:t>
      </w:r>
      <w:r>
        <w:rPr>
          <w:rFonts w:ascii="Times New Roman" w:eastAsia="標楷體" w:hAnsi="Times New Roman"/>
          <w:b w:val="0"/>
          <w:color w:val="000000"/>
          <w:sz w:val="24"/>
          <w:lang w:eastAsia="zh-TW"/>
        </w:rPr>
        <w:t>分鐘車程。</w:t>
      </w:r>
    </w:p>
    <w:p w14:paraId="6A36C871" w14:textId="77777777" w:rsidR="00CB4267" w:rsidRDefault="00000000">
      <w:pPr>
        <w:jc w:val="center"/>
      </w:pPr>
      <w:r>
        <w:rPr>
          <w:lang w:eastAsia="zh-TW"/>
        </w:rPr>
        <w:t xml:space="preserve"> </w:t>
      </w:r>
      <w:r>
        <w:rPr>
          <w:noProof/>
        </w:rPr>
        <w:drawing>
          <wp:inline distT="0" distB="0" distL="0" distR="0" wp14:anchorId="23098CF5" wp14:editId="40716919">
            <wp:extent cx="5486400" cy="22591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stretch>
                      <a:fillRect/>
                    </a:stretch>
                  </pic:blipFill>
                  <pic:spPr>
                    <a:xfrm>
                      <a:off x="0" y="0"/>
                      <a:ext cx="5486400" cy="2259106"/>
                    </a:xfrm>
                    <a:prstGeom prst="rect">
                      <a:avLst/>
                    </a:prstGeom>
                  </pic:spPr>
                </pic:pic>
              </a:graphicData>
            </a:graphic>
          </wp:inline>
        </w:drawing>
      </w:r>
    </w:p>
    <w:p w14:paraId="52B48F3C" w14:textId="77777777" w:rsidR="00CB4267" w:rsidRDefault="00000000">
      <w:pPr>
        <w:pStyle w:val="4"/>
        <w:rPr>
          <w:lang w:eastAsia="zh-TW"/>
        </w:rPr>
      </w:pPr>
      <w:bookmarkStart w:id="4" w:name="OLE_LINK4"/>
      <w:r>
        <w:rPr>
          <w:rFonts w:ascii="Times New Roman" w:eastAsia="標楷體" w:hAnsi="Times New Roman"/>
          <w:b w:val="0"/>
          <w:color w:val="000000"/>
          <w:sz w:val="24"/>
          <w:lang w:eastAsia="zh-TW"/>
        </w:rPr>
        <w:t>東北的建議穿著</w:t>
      </w:r>
    </w:p>
    <w:p w14:paraId="73E7D81F" w14:textId="77777777" w:rsidR="00CB4267" w:rsidRDefault="00000000">
      <w:pPr>
        <w:rPr>
          <w:lang w:eastAsia="zh-TW"/>
        </w:rPr>
      </w:pPr>
      <w:r>
        <w:rPr>
          <w:rFonts w:ascii="Times New Roman" w:eastAsia="標楷體" w:hAnsi="Times New Roman"/>
          <w:color w:val="000000"/>
          <w:sz w:val="24"/>
          <w:lang w:eastAsia="zh-TW"/>
        </w:rPr>
        <w:t>東北的冬季氣溫通常在零下攝氏</w:t>
      </w:r>
      <w:r>
        <w:rPr>
          <w:rFonts w:ascii="Times New Roman" w:eastAsia="標楷體" w:hAnsi="Times New Roman"/>
          <w:color w:val="000000"/>
          <w:sz w:val="24"/>
          <w:lang w:eastAsia="zh-TW"/>
        </w:rPr>
        <w:t>10</w:t>
      </w:r>
      <w:r>
        <w:rPr>
          <w:rFonts w:ascii="Times New Roman" w:eastAsia="標楷體" w:hAnsi="Times New Roman"/>
          <w:color w:val="000000"/>
          <w:sz w:val="24"/>
          <w:lang w:eastAsia="zh-TW"/>
        </w:rPr>
        <w:t>度到</w:t>
      </w:r>
      <w:r>
        <w:rPr>
          <w:rFonts w:ascii="Times New Roman" w:eastAsia="標楷體" w:hAnsi="Times New Roman"/>
          <w:color w:val="000000"/>
          <w:sz w:val="24"/>
          <w:lang w:eastAsia="zh-TW"/>
        </w:rPr>
        <w:t>20</w:t>
      </w:r>
      <w:r>
        <w:rPr>
          <w:rFonts w:ascii="Times New Roman" w:eastAsia="標楷體" w:hAnsi="Times New Roman"/>
          <w:color w:val="000000"/>
          <w:sz w:val="24"/>
          <w:lang w:eastAsia="zh-TW"/>
        </w:rPr>
        <w:t>度</w:t>
      </w:r>
      <w:proofErr w:type="gramStart"/>
      <w:r>
        <w:rPr>
          <w:rFonts w:ascii="Times New Roman" w:eastAsia="標楷體" w:hAnsi="Times New Roman"/>
          <w:color w:val="000000"/>
          <w:sz w:val="24"/>
          <w:lang w:eastAsia="zh-TW"/>
        </w:rPr>
        <w:t>之間，聽起來冷斃</w:t>
      </w:r>
      <w:proofErr w:type="gramEnd"/>
      <w:r>
        <w:rPr>
          <w:rFonts w:ascii="Times New Roman" w:eastAsia="標楷體" w:hAnsi="Times New Roman"/>
          <w:color w:val="000000"/>
          <w:sz w:val="24"/>
          <w:lang w:eastAsia="zh-TW"/>
        </w:rPr>
        <w:t>了；但因為當地到處都有暖氣，真的一點都不用擔心啦！所以到東北最好的穿衣方法，就是</w:t>
      </w:r>
      <w:proofErr w:type="gramStart"/>
      <w:r>
        <w:rPr>
          <w:rFonts w:ascii="Times New Roman" w:eastAsia="標楷體" w:hAnsi="Times New Roman"/>
          <w:color w:val="000000"/>
          <w:sz w:val="24"/>
          <w:lang w:eastAsia="zh-TW"/>
        </w:rPr>
        <w:t>洋蔥式的穿</w:t>
      </w:r>
      <w:proofErr w:type="gramEnd"/>
      <w:r>
        <w:rPr>
          <w:rFonts w:ascii="Times New Roman" w:eastAsia="標楷體" w:hAnsi="Times New Roman"/>
          <w:color w:val="000000"/>
          <w:sz w:val="24"/>
          <w:lang w:eastAsia="zh-TW"/>
        </w:rPr>
        <w:t>法</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不要穿太多套頭衣物；儘量穿前</w:t>
      </w:r>
      <w:proofErr w:type="gramStart"/>
      <w:r>
        <w:rPr>
          <w:rFonts w:ascii="Times New Roman" w:eastAsia="標楷體" w:hAnsi="Times New Roman"/>
          <w:color w:val="000000"/>
          <w:sz w:val="24"/>
          <w:lang w:eastAsia="zh-TW"/>
        </w:rPr>
        <w:t>開式</w:t>
      </w:r>
      <w:proofErr w:type="gramEnd"/>
      <w:r>
        <w:rPr>
          <w:rFonts w:ascii="Times New Roman" w:eastAsia="標楷體" w:hAnsi="Times New Roman"/>
          <w:color w:val="000000"/>
          <w:sz w:val="24"/>
          <w:lang w:eastAsia="zh-TW"/>
        </w:rPr>
        <w:t>的衣服；方便穿脫</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w:t>
      </w:r>
    </w:p>
    <w:p w14:paraId="205B099C" w14:textId="77777777" w:rsidR="00CB4267" w:rsidRDefault="00000000">
      <w:pPr>
        <w:pStyle w:val="a0"/>
        <w:rPr>
          <w:lang w:eastAsia="zh-TW"/>
        </w:rPr>
      </w:pPr>
      <w:r>
        <w:rPr>
          <w:rFonts w:ascii="Times New Roman" w:eastAsia="標楷體" w:hAnsi="Times New Roman"/>
          <w:color w:val="000000"/>
          <w:sz w:val="24"/>
          <w:lang w:eastAsia="zh-TW"/>
        </w:rPr>
        <w:t>第一層：在最內層穿上排汗衣。因室內有暖氣故室內外溫差大，進行雪地運動如滑雪時，在這冬天還是會流汗哦。</w:t>
      </w:r>
    </w:p>
    <w:p w14:paraId="5F8C7252" w14:textId="77777777" w:rsidR="00CB4267" w:rsidRDefault="00000000">
      <w:pPr>
        <w:pStyle w:val="a0"/>
        <w:rPr>
          <w:lang w:eastAsia="zh-TW"/>
        </w:rPr>
      </w:pPr>
      <w:r>
        <w:rPr>
          <w:rFonts w:ascii="Times New Roman" w:eastAsia="標楷體" w:hAnsi="Times New Roman"/>
          <w:color w:val="000000"/>
          <w:sz w:val="24"/>
          <w:lang w:eastAsia="zh-TW"/>
        </w:rPr>
        <w:t>第二層：穿著保暖衣物。可以是毛衣、</w:t>
      </w:r>
      <w:proofErr w:type="gramStart"/>
      <w:r>
        <w:rPr>
          <w:rFonts w:ascii="Times New Roman" w:eastAsia="標楷體" w:hAnsi="Times New Roman"/>
          <w:color w:val="000000"/>
          <w:sz w:val="24"/>
          <w:lang w:eastAsia="zh-TW"/>
        </w:rPr>
        <w:t>保暖衣</w:t>
      </w:r>
      <w:proofErr w:type="gramEnd"/>
      <w:r>
        <w:rPr>
          <w:rFonts w:ascii="Times New Roman" w:eastAsia="標楷體" w:hAnsi="Times New Roman"/>
          <w:color w:val="000000"/>
          <w:sz w:val="24"/>
          <w:lang w:eastAsia="zh-TW"/>
        </w:rPr>
        <w:t>，但</w:t>
      </w:r>
      <w:proofErr w:type="gramStart"/>
      <w:r>
        <w:rPr>
          <w:rFonts w:ascii="Times New Roman" w:eastAsia="標楷體" w:hAnsi="Times New Roman"/>
          <w:color w:val="000000"/>
          <w:sz w:val="24"/>
          <w:lang w:eastAsia="zh-TW"/>
        </w:rPr>
        <w:t>建議別穿高</w:t>
      </w:r>
      <w:proofErr w:type="gramEnd"/>
      <w:r>
        <w:rPr>
          <w:rFonts w:ascii="Times New Roman" w:eastAsia="標楷體" w:hAnsi="Times New Roman"/>
          <w:color w:val="000000"/>
          <w:sz w:val="24"/>
          <w:lang w:eastAsia="zh-TW"/>
        </w:rPr>
        <w:t>領毛衣，否則一進室內保證全身發熱發癢不舒服。</w:t>
      </w:r>
    </w:p>
    <w:p w14:paraId="2A0AAD06" w14:textId="77777777" w:rsidR="00CB4267" w:rsidRDefault="00000000">
      <w:pPr>
        <w:pStyle w:val="a0"/>
        <w:rPr>
          <w:lang w:eastAsia="zh-TW"/>
        </w:rPr>
      </w:pPr>
      <w:r>
        <w:rPr>
          <w:rFonts w:ascii="Times New Roman" w:eastAsia="標楷體" w:hAnsi="Times New Roman"/>
          <w:color w:val="000000"/>
          <w:sz w:val="24"/>
          <w:lang w:eastAsia="zh-TW"/>
        </w:rPr>
        <w:t>第三層：穿著防風雪的外套或是羽毛衣、雪衣等等大外套。這件衣服只在室外穿，到了室內或車內就要脫掉。</w:t>
      </w:r>
    </w:p>
    <w:p w14:paraId="769C94F8" w14:textId="77777777" w:rsidR="00CB4267" w:rsidRDefault="00000000">
      <w:pPr>
        <w:pStyle w:val="a0"/>
        <w:rPr>
          <w:lang w:eastAsia="zh-TW"/>
        </w:rPr>
      </w:pPr>
      <w:r>
        <w:rPr>
          <w:rFonts w:ascii="Times New Roman" w:eastAsia="標楷體" w:hAnsi="Times New Roman"/>
          <w:color w:val="000000"/>
          <w:sz w:val="24"/>
          <w:lang w:eastAsia="zh-TW"/>
        </w:rPr>
        <w:lastRenderedPageBreak/>
        <w:t>下半身：褲子建議</w:t>
      </w:r>
      <w:proofErr w:type="gramStart"/>
      <w:r>
        <w:rPr>
          <w:rFonts w:ascii="Times New Roman" w:eastAsia="標楷體" w:hAnsi="Times New Roman"/>
          <w:color w:val="000000"/>
          <w:sz w:val="24"/>
          <w:lang w:eastAsia="zh-TW"/>
        </w:rPr>
        <w:t>雪褲或是</w:t>
      </w:r>
      <w:proofErr w:type="gramEnd"/>
      <w:r>
        <w:rPr>
          <w:rFonts w:ascii="Times New Roman" w:eastAsia="標楷體" w:hAnsi="Times New Roman"/>
          <w:color w:val="000000"/>
          <w:sz w:val="24"/>
          <w:lang w:eastAsia="zh-TW"/>
        </w:rPr>
        <w:t>防風保暖的</w:t>
      </w:r>
      <w:proofErr w:type="gramStart"/>
      <w:r>
        <w:rPr>
          <w:rFonts w:ascii="Times New Roman" w:eastAsia="標楷體" w:hAnsi="Times New Roman"/>
          <w:color w:val="000000"/>
          <w:sz w:val="24"/>
          <w:lang w:eastAsia="zh-TW"/>
        </w:rPr>
        <w:t>保暖褲。</w:t>
      </w:r>
      <w:proofErr w:type="gramEnd"/>
      <w:r>
        <w:rPr>
          <w:rFonts w:ascii="Times New Roman" w:eastAsia="標楷體" w:hAnsi="Times New Roman"/>
          <w:color w:val="000000"/>
          <w:sz w:val="24"/>
          <w:lang w:eastAsia="zh-TW"/>
        </w:rPr>
        <w:t>當然也可以一層普通冬天褲子，裡頭多加一件保暖</w:t>
      </w:r>
      <w:proofErr w:type="gramStart"/>
      <w:r>
        <w:rPr>
          <w:rFonts w:ascii="Times New Roman" w:eastAsia="標楷體" w:hAnsi="Times New Roman"/>
          <w:color w:val="000000"/>
          <w:sz w:val="24"/>
          <w:lang w:eastAsia="zh-TW"/>
        </w:rPr>
        <w:t>褲</w:t>
      </w:r>
      <w:proofErr w:type="gramEnd"/>
      <w:r>
        <w:rPr>
          <w:rFonts w:ascii="Times New Roman" w:eastAsia="標楷體" w:hAnsi="Times New Roman"/>
          <w:color w:val="000000"/>
          <w:sz w:val="24"/>
          <w:lang w:eastAsia="zh-TW"/>
        </w:rPr>
        <w:t>即可。</w:t>
      </w:r>
    </w:p>
    <w:p w14:paraId="700BED78" w14:textId="77777777" w:rsidR="00CB4267" w:rsidRDefault="00000000">
      <w:pPr>
        <w:pStyle w:val="a0"/>
        <w:rPr>
          <w:lang w:eastAsia="zh-TW"/>
        </w:rPr>
      </w:pPr>
      <w:proofErr w:type="gramStart"/>
      <w:r>
        <w:rPr>
          <w:rFonts w:ascii="Times New Roman" w:eastAsia="標楷體" w:hAnsi="Times New Roman"/>
          <w:color w:val="000000"/>
          <w:sz w:val="24"/>
          <w:lang w:eastAsia="zh-TW"/>
        </w:rPr>
        <w:t>鞋與襪</w:t>
      </w:r>
      <w:proofErr w:type="gramEnd"/>
      <w:r>
        <w:rPr>
          <w:rFonts w:ascii="Times New Roman" w:eastAsia="標楷體" w:hAnsi="Times New Roman"/>
          <w:color w:val="000000"/>
          <w:sz w:val="24"/>
          <w:lang w:eastAsia="zh-TW"/>
        </w:rPr>
        <w:t>：襪子與鞋子部分厚毛襪就可以，或者可以穿兩層，也或者買雙保暖的</w:t>
      </w:r>
      <w:proofErr w:type="gramStart"/>
      <w:r>
        <w:rPr>
          <w:rFonts w:ascii="Times New Roman" w:eastAsia="標楷體" w:hAnsi="Times New Roman"/>
          <w:color w:val="000000"/>
          <w:sz w:val="24"/>
          <w:lang w:eastAsia="zh-TW"/>
        </w:rPr>
        <w:t>雪靴但注意</w:t>
      </w:r>
      <w:proofErr w:type="gramEnd"/>
      <w:r>
        <w:rPr>
          <w:rFonts w:ascii="Times New Roman" w:eastAsia="標楷體" w:hAnsi="Times New Roman"/>
          <w:color w:val="000000"/>
          <w:sz w:val="24"/>
          <w:lang w:eastAsia="zh-TW"/>
        </w:rPr>
        <w:t>，不管什麼鞋，一定要防滑，而且最好可以穿高</w:t>
      </w:r>
      <w:proofErr w:type="gramStart"/>
      <w:r>
        <w:rPr>
          <w:rFonts w:ascii="Times New Roman" w:eastAsia="標楷體" w:hAnsi="Times New Roman"/>
          <w:color w:val="000000"/>
          <w:sz w:val="24"/>
          <w:lang w:eastAsia="zh-TW"/>
        </w:rPr>
        <w:t>統鞋保暖</w:t>
      </w:r>
      <w:proofErr w:type="gramEnd"/>
      <w:r>
        <w:rPr>
          <w:rFonts w:ascii="Times New Roman" w:eastAsia="標楷體" w:hAnsi="Times New Roman"/>
          <w:color w:val="000000"/>
          <w:sz w:val="24"/>
          <w:lang w:eastAsia="zh-TW"/>
        </w:rPr>
        <w:t>。女士</w:t>
      </w:r>
      <w:proofErr w:type="gramStart"/>
      <w:r>
        <w:rPr>
          <w:rFonts w:ascii="Times New Roman" w:eastAsia="標楷體" w:hAnsi="Times New Roman"/>
          <w:color w:val="000000"/>
          <w:sz w:val="24"/>
          <w:lang w:eastAsia="zh-TW"/>
        </w:rPr>
        <w:t>建議別穿高跟鞋</w:t>
      </w:r>
      <w:proofErr w:type="gramEnd"/>
      <w:r>
        <w:rPr>
          <w:rFonts w:ascii="Times New Roman" w:eastAsia="標楷體" w:hAnsi="Times New Roman"/>
          <w:color w:val="000000"/>
          <w:sz w:val="24"/>
          <w:lang w:eastAsia="zh-TW"/>
        </w:rPr>
        <w:t>；</w:t>
      </w:r>
      <w:proofErr w:type="gramStart"/>
      <w:r>
        <w:rPr>
          <w:rFonts w:ascii="Times New Roman" w:eastAsia="標楷體" w:hAnsi="Times New Roman"/>
          <w:color w:val="000000"/>
          <w:sz w:val="24"/>
          <w:lang w:eastAsia="zh-TW"/>
        </w:rPr>
        <w:t>男士別穿皮</w:t>
      </w:r>
      <w:proofErr w:type="gramEnd"/>
      <w:r>
        <w:rPr>
          <w:rFonts w:ascii="Times New Roman" w:eastAsia="標楷體" w:hAnsi="Times New Roman"/>
          <w:color w:val="000000"/>
          <w:sz w:val="24"/>
          <w:lang w:eastAsia="zh-TW"/>
        </w:rPr>
        <w:t>底鞋</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不防滑</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w:t>
      </w:r>
    </w:p>
    <w:p w14:paraId="14A20CB5" w14:textId="77777777" w:rsidR="00CB4267" w:rsidRDefault="00000000">
      <w:pPr>
        <w:pStyle w:val="a0"/>
        <w:rPr>
          <w:lang w:eastAsia="zh-TW"/>
        </w:rPr>
      </w:pPr>
      <w:r>
        <w:rPr>
          <w:rFonts w:ascii="Times New Roman" w:eastAsia="標楷體" w:hAnsi="Times New Roman"/>
          <w:color w:val="000000"/>
          <w:sz w:val="24"/>
          <w:lang w:eastAsia="zh-TW"/>
        </w:rPr>
        <w:t>小物件：圍巾、手套、帽子，以防人體的失溫或冷風的灌進，建議穿著聚酯纖維材質之保暖圍巾或帽子。手套建議防風防水手套，以免玩雪時沾著。</w:t>
      </w:r>
    </w:p>
    <w:p w14:paraId="27CE35D3" w14:textId="77777777" w:rsidR="00CB4267" w:rsidRDefault="00000000">
      <w:pPr>
        <w:pStyle w:val="a0"/>
        <w:rPr>
          <w:lang w:eastAsia="zh-TW"/>
        </w:rPr>
      </w:pPr>
      <w:r>
        <w:rPr>
          <w:rFonts w:ascii="Times New Roman" w:eastAsia="標楷體" w:hAnsi="Times New Roman"/>
          <w:color w:val="000000"/>
          <w:sz w:val="24"/>
          <w:lang w:eastAsia="zh-TW"/>
        </w:rPr>
        <w:t>小法寶：暖暖包、護唇膏、保濕面霜</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東北氣候乾燥</w:t>
      </w:r>
      <w:proofErr w:type="gramStart"/>
      <w:r>
        <w:rPr>
          <w:rFonts w:ascii="Times New Roman" w:eastAsia="標楷體" w:hAnsi="Times New Roman"/>
          <w:color w:val="000000"/>
          <w:sz w:val="24"/>
          <w:lang w:eastAsia="zh-TW"/>
        </w:rPr>
        <w:t>隨時補水</w:t>
      </w:r>
      <w:proofErr w:type="gramEnd"/>
      <w:r>
        <w:rPr>
          <w:rFonts w:ascii="Times New Roman" w:eastAsia="標楷體" w:hAnsi="Times New Roman"/>
          <w:color w:val="000000"/>
          <w:sz w:val="24"/>
          <w:lang w:eastAsia="zh-TW"/>
        </w:rPr>
        <w:t>)</w:t>
      </w:r>
      <w:r>
        <w:rPr>
          <w:rFonts w:ascii="Times New Roman" w:eastAsia="標楷體" w:hAnsi="Times New Roman"/>
          <w:color w:val="000000"/>
          <w:sz w:val="24"/>
          <w:lang w:eastAsia="zh-TW"/>
        </w:rPr>
        <w:t>、防</w:t>
      </w:r>
      <w:proofErr w:type="gramStart"/>
      <w:r>
        <w:rPr>
          <w:rFonts w:ascii="Times New Roman" w:eastAsia="標楷體" w:hAnsi="Times New Roman"/>
          <w:color w:val="000000"/>
          <w:sz w:val="24"/>
          <w:lang w:eastAsia="zh-TW"/>
        </w:rPr>
        <w:t>曬</w:t>
      </w:r>
      <w:proofErr w:type="gramEnd"/>
      <w:r>
        <w:rPr>
          <w:rFonts w:ascii="Times New Roman" w:eastAsia="標楷體" w:hAnsi="Times New Roman"/>
          <w:color w:val="000000"/>
          <w:sz w:val="24"/>
          <w:lang w:eastAsia="zh-TW"/>
        </w:rPr>
        <w:t>乳</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雪地太陽也有紫外線哦</w:t>
      </w:r>
      <w:r>
        <w:rPr>
          <w:rFonts w:ascii="Times New Roman" w:eastAsia="標楷體" w:hAnsi="Times New Roman"/>
          <w:color w:val="000000"/>
          <w:sz w:val="24"/>
          <w:lang w:eastAsia="zh-TW"/>
        </w:rPr>
        <w:t>)</w:t>
      </w:r>
      <w:r>
        <w:rPr>
          <w:rFonts w:ascii="Times New Roman" w:eastAsia="標楷體" w:hAnsi="Times New Roman"/>
          <w:color w:val="000000"/>
          <w:sz w:val="24"/>
          <w:lang w:eastAsia="zh-TW"/>
        </w:rPr>
        <w:t>。</w:t>
      </w:r>
    </w:p>
    <w:bookmarkEnd w:id="4"/>
    <w:p w14:paraId="2CF3B0BA" w14:textId="77777777" w:rsidR="00CB4267" w:rsidRDefault="00000000">
      <w:pPr>
        <w:pStyle w:val="21"/>
        <w:jc w:val="center"/>
        <w:rPr>
          <w:lang w:eastAsia="zh-TW"/>
        </w:rPr>
      </w:pPr>
      <w:r>
        <w:rPr>
          <w:rFonts w:ascii="Times New Roman" w:eastAsia="標楷體" w:hAnsi="Times New Roman"/>
          <w:b w:val="0"/>
          <w:color w:val="000000"/>
          <w:sz w:val="28"/>
          <w:lang w:eastAsia="zh-TW"/>
        </w:rPr>
        <w:t>【每日行程】</w:t>
      </w:r>
    </w:p>
    <w:p w14:paraId="1BCF9794" w14:textId="77777777" w:rsidR="00CB4267" w:rsidRDefault="00000000">
      <w:pPr>
        <w:rPr>
          <w:lang w:eastAsia="zh-TW"/>
        </w:rPr>
      </w:pPr>
      <w:r>
        <w:rPr>
          <w:rFonts w:ascii="Times New Roman" w:eastAsia="標楷體" w:hAnsi="Times New Roman"/>
          <w:b/>
          <w:sz w:val="32"/>
          <w:lang w:eastAsia="zh-TW"/>
        </w:rPr>
        <w:t xml:space="preserve">DAY 1 : </w:t>
      </w:r>
      <w:r>
        <w:rPr>
          <w:rFonts w:ascii="Times New Roman" w:eastAsia="標楷體" w:hAnsi="Times New Roman"/>
          <w:b/>
          <w:sz w:val="32"/>
          <w:lang w:eastAsia="zh-TW"/>
        </w:rPr>
        <w:t>桃園國際機場／上海浦東機場／瀋陽機場</w:t>
      </w:r>
    </w:p>
    <w:p w14:paraId="05F6D19A" w14:textId="77777777" w:rsidR="00CB4267" w:rsidRDefault="00000000">
      <w:pPr>
        <w:rPr>
          <w:lang w:eastAsia="zh-TW"/>
        </w:rPr>
      </w:pPr>
      <w:r>
        <w:rPr>
          <w:rFonts w:ascii="Times New Roman" w:eastAsia="標楷體" w:hAnsi="Times New Roman"/>
          <w:sz w:val="24"/>
          <w:lang w:eastAsia="zh-TW"/>
        </w:rPr>
        <w:t>今天集合於桃園國際機場，搭機經由轉機城市飛往遼寧省會『瀋陽』，抵達後安排前往市區酒店入住，準備迎接明日開始的東北冰雪嘉年華之旅。</w:t>
      </w:r>
    </w:p>
    <w:p w14:paraId="68D3A356" w14:textId="77777777" w:rsidR="00CB4267" w:rsidRDefault="00000000">
      <w:pPr>
        <w:pStyle w:val="5"/>
        <w:rPr>
          <w:lang w:eastAsia="zh-TW"/>
        </w:rPr>
      </w:pPr>
      <w:r>
        <w:rPr>
          <w:rFonts w:ascii="Times New Roman" w:eastAsia="標楷體" w:hAnsi="Times New Roman"/>
          <w:sz w:val="24"/>
          <w:lang w:eastAsia="zh-TW"/>
        </w:rPr>
        <w:t>瀋陽</w:t>
      </w:r>
      <w:r>
        <w:rPr>
          <w:rFonts w:ascii="Times New Roman" w:eastAsia="標楷體" w:hAnsi="Times New Roman"/>
          <w:sz w:val="24"/>
          <w:lang w:eastAsia="zh-TW"/>
        </w:rPr>
        <w:br/>
      </w:r>
      <w:r>
        <w:rPr>
          <w:rFonts w:ascii="Times New Roman" w:eastAsia="標楷體" w:hAnsi="Times New Roman"/>
          <w:sz w:val="24"/>
          <w:lang w:eastAsia="zh-TW"/>
        </w:rPr>
        <w:t>瀋陽是歷史文化名城，清朝發祥地，素有</w:t>
      </w:r>
      <w:r>
        <w:rPr>
          <w:rFonts w:ascii="Times New Roman" w:eastAsia="標楷體" w:hAnsi="Times New Roman"/>
          <w:sz w:val="24"/>
          <w:lang w:eastAsia="zh-TW"/>
        </w:rPr>
        <w:t>“</w:t>
      </w:r>
      <w:r>
        <w:rPr>
          <w:rFonts w:ascii="Times New Roman" w:eastAsia="標楷體" w:hAnsi="Times New Roman"/>
          <w:sz w:val="24"/>
          <w:lang w:eastAsia="zh-TW"/>
        </w:rPr>
        <w:t>一朝發祥地，兩代帝王都</w:t>
      </w:r>
      <w:r>
        <w:rPr>
          <w:rFonts w:ascii="Times New Roman" w:eastAsia="標楷體" w:hAnsi="Times New Roman"/>
          <w:sz w:val="24"/>
          <w:lang w:eastAsia="zh-TW"/>
        </w:rPr>
        <w:t>”</w:t>
      </w:r>
      <w:r>
        <w:rPr>
          <w:rFonts w:ascii="Times New Roman" w:eastAsia="標楷體" w:hAnsi="Times New Roman"/>
          <w:sz w:val="24"/>
          <w:lang w:eastAsia="zh-TW"/>
        </w:rPr>
        <w:t>之稱。西元</w:t>
      </w:r>
      <w:r>
        <w:rPr>
          <w:rFonts w:ascii="Times New Roman" w:eastAsia="標楷體" w:hAnsi="Times New Roman"/>
          <w:sz w:val="24"/>
          <w:lang w:eastAsia="zh-TW"/>
        </w:rPr>
        <w:t>1625</w:t>
      </w:r>
      <w:r>
        <w:rPr>
          <w:rFonts w:ascii="Times New Roman" w:eastAsia="標楷體" w:hAnsi="Times New Roman"/>
          <w:sz w:val="24"/>
          <w:lang w:eastAsia="zh-TW"/>
        </w:rPr>
        <w:t>年，清太祖努爾哈赤遷都於此，</w:t>
      </w:r>
      <w:proofErr w:type="gramStart"/>
      <w:r>
        <w:rPr>
          <w:rFonts w:ascii="Times New Roman" w:eastAsia="標楷體" w:hAnsi="Times New Roman"/>
          <w:sz w:val="24"/>
          <w:lang w:eastAsia="zh-TW"/>
        </w:rPr>
        <w:t>皇太極建盛京城</w:t>
      </w:r>
      <w:proofErr w:type="gramEnd"/>
      <w:r>
        <w:rPr>
          <w:rFonts w:ascii="Times New Roman" w:eastAsia="標楷體" w:hAnsi="Times New Roman"/>
          <w:sz w:val="24"/>
          <w:lang w:eastAsia="zh-TW"/>
        </w:rPr>
        <w:t>，並在此建立中國清朝，瀋陽一躍為</w:t>
      </w:r>
      <w:proofErr w:type="gramStart"/>
      <w:r>
        <w:rPr>
          <w:rFonts w:ascii="Times New Roman" w:eastAsia="標楷體" w:hAnsi="Times New Roman"/>
          <w:sz w:val="24"/>
          <w:lang w:eastAsia="zh-TW"/>
        </w:rPr>
        <w:t>清代兩京之一</w:t>
      </w:r>
      <w:proofErr w:type="gramEnd"/>
      <w:r>
        <w:rPr>
          <w:rFonts w:ascii="Times New Roman" w:eastAsia="標楷體" w:hAnsi="Times New Roman"/>
          <w:sz w:val="24"/>
          <w:lang w:eastAsia="zh-TW"/>
        </w:rPr>
        <w:t>的盛京皇城，開始成為東北中心城市。</w:t>
      </w:r>
    </w:p>
    <w:tbl>
      <w:tblPr>
        <w:tblStyle w:val="-1"/>
        <w:tblW w:w="0" w:type="auto"/>
        <w:tblLook w:val="04A0" w:firstRow="1" w:lastRow="0" w:firstColumn="1" w:lastColumn="0" w:noHBand="0" w:noVBand="1"/>
      </w:tblPr>
      <w:tblGrid>
        <w:gridCol w:w="3600"/>
        <w:gridCol w:w="3600"/>
        <w:gridCol w:w="3600"/>
      </w:tblGrid>
      <w:tr w:rsidR="00CB4267" w14:paraId="5F023EBD"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A2E0265" w14:textId="77777777" w:rsidR="00CB4267" w:rsidRDefault="00000000">
            <w:proofErr w:type="spellStart"/>
            <w:r>
              <w:rPr>
                <w:rFonts w:ascii="Times New Roman" w:eastAsia="標楷體" w:hAnsi="Times New Roman"/>
                <w:sz w:val="24"/>
              </w:rPr>
              <w:t>早餐</w:t>
            </w:r>
            <w:r>
              <w:rPr>
                <w:rFonts w:ascii="Times New Roman" w:eastAsia="標楷體" w:hAnsi="Times New Roman"/>
                <w:sz w:val="24"/>
              </w:rPr>
              <w:t>:X</w:t>
            </w:r>
            <w:proofErr w:type="spellEnd"/>
          </w:p>
        </w:tc>
        <w:tc>
          <w:tcPr>
            <w:tcW w:w="3600" w:type="dxa"/>
          </w:tcPr>
          <w:p w14:paraId="721EA299"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:X</w:t>
            </w:r>
          </w:p>
        </w:tc>
        <w:tc>
          <w:tcPr>
            <w:tcW w:w="3600" w:type="dxa"/>
          </w:tcPr>
          <w:p w14:paraId="1C50B37B"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晚餐</w:t>
            </w:r>
            <w:r>
              <w:rPr>
                <w:rFonts w:ascii="Times New Roman" w:eastAsia="標楷體" w:hAnsi="Times New Roman"/>
                <w:sz w:val="24"/>
              </w:rPr>
              <w:t>:</w:t>
            </w:r>
            <w:r>
              <w:rPr>
                <w:rFonts w:ascii="Times New Roman" w:eastAsia="標楷體" w:hAnsi="Times New Roman"/>
                <w:sz w:val="24"/>
              </w:rPr>
              <w:t>機上簡餐</w:t>
            </w:r>
          </w:p>
        </w:tc>
      </w:tr>
      <w:tr w:rsidR="00CB4267" w14:paraId="18B84394"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742DB651"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r>
              <w:rPr>
                <w:rFonts w:ascii="Times New Roman" w:eastAsia="標楷體" w:hAnsi="Times New Roman"/>
                <w:sz w:val="24"/>
                <w:lang w:eastAsia="zh-TW"/>
              </w:rPr>
              <w:t>國際</w:t>
            </w:r>
            <w:r>
              <w:rPr>
                <w:rFonts w:ascii="Times New Roman" w:eastAsia="標楷體" w:hAnsi="Times New Roman"/>
                <w:sz w:val="24"/>
                <w:lang w:eastAsia="zh-TW"/>
              </w:rPr>
              <w:t>5★</w:t>
            </w:r>
            <w:r>
              <w:rPr>
                <w:rFonts w:ascii="Times New Roman" w:eastAsia="標楷體" w:hAnsi="Times New Roman"/>
                <w:sz w:val="24"/>
                <w:lang w:eastAsia="zh-TW"/>
              </w:rPr>
              <w:t>瀋陽新都綠城喜來登酒店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太陽</w:t>
            </w:r>
            <w:proofErr w:type="gramStart"/>
            <w:r>
              <w:rPr>
                <w:rFonts w:ascii="Times New Roman" w:eastAsia="標楷體" w:hAnsi="Times New Roman"/>
                <w:sz w:val="24"/>
                <w:lang w:eastAsia="zh-TW"/>
              </w:rPr>
              <w:t>獅</w:t>
            </w:r>
            <w:proofErr w:type="gramEnd"/>
            <w:r>
              <w:rPr>
                <w:rFonts w:ascii="Times New Roman" w:eastAsia="標楷體" w:hAnsi="Times New Roman"/>
                <w:sz w:val="24"/>
                <w:lang w:eastAsia="zh-TW"/>
              </w:rPr>
              <w:t>萬麗酒店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70054BDF" w14:textId="77777777" w:rsidR="00CB4267" w:rsidRDefault="00CB4267">
      <w:pPr>
        <w:rPr>
          <w:lang w:eastAsia="zh-TW"/>
        </w:rPr>
      </w:pPr>
    </w:p>
    <w:p w14:paraId="163C9251" w14:textId="77777777" w:rsidR="00CB4267" w:rsidRDefault="00000000">
      <w:pPr>
        <w:rPr>
          <w:lang w:eastAsia="zh-TW"/>
        </w:rPr>
      </w:pPr>
      <w:r>
        <w:rPr>
          <w:rFonts w:ascii="Times New Roman" w:eastAsia="標楷體" w:hAnsi="Times New Roman"/>
          <w:b/>
          <w:sz w:val="32"/>
          <w:lang w:eastAsia="zh-TW"/>
        </w:rPr>
        <w:t xml:space="preserve">DAY 2 : </w:t>
      </w:r>
      <w:r>
        <w:rPr>
          <w:rFonts w:ascii="Times New Roman" w:eastAsia="標楷體" w:hAnsi="Times New Roman"/>
          <w:b/>
          <w:sz w:val="32"/>
          <w:lang w:eastAsia="zh-TW"/>
        </w:rPr>
        <w:t>瀋陽【瀋陽故宮、張學良故居、趙四小姐樓、滿清一條街】－長春</w:t>
      </w:r>
    </w:p>
    <w:p w14:paraId="2CC5DAE9" w14:textId="77777777" w:rsidR="00CB4267" w:rsidRDefault="00000000">
      <w:pPr>
        <w:jc w:val="distribute"/>
      </w:pPr>
      <w:r>
        <w:rPr>
          <w:lang w:eastAsia="zh-TW"/>
        </w:rPr>
        <w:t xml:space="preserve"> </w:t>
      </w:r>
      <w:r>
        <w:rPr>
          <w:noProof/>
        </w:rPr>
        <w:drawing>
          <wp:inline distT="0" distB="0" distL="0" distR="0" wp14:anchorId="59D9B29B" wp14:editId="0FA5CBF0">
            <wp:extent cx="2743200" cy="1613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4"/>
                    <a:stretch>
                      <a:fillRect/>
                    </a:stretch>
                  </pic:blipFill>
                  <pic:spPr>
                    <a:xfrm>
                      <a:off x="0" y="0"/>
                      <a:ext cx="2743200" cy="1613647"/>
                    </a:xfrm>
                    <a:prstGeom prst="rect">
                      <a:avLst/>
                    </a:prstGeom>
                  </pic:spPr>
                </pic:pic>
              </a:graphicData>
            </a:graphic>
          </wp:inline>
        </w:drawing>
      </w:r>
      <w:r>
        <w:rPr>
          <w:noProof/>
        </w:rPr>
        <w:drawing>
          <wp:inline distT="0" distB="0" distL="0" distR="0" wp14:anchorId="668D71AE" wp14:editId="5B4F0297">
            <wp:extent cx="2743200" cy="16136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5"/>
                    <a:stretch>
                      <a:fillRect/>
                    </a:stretch>
                  </pic:blipFill>
                  <pic:spPr>
                    <a:xfrm>
                      <a:off x="0" y="0"/>
                      <a:ext cx="2743200" cy="1613647"/>
                    </a:xfrm>
                    <a:prstGeom prst="rect">
                      <a:avLst/>
                    </a:prstGeom>
                  </pic:spPr>
                </pic:pic>
              </a:graphicData>
            </a:graphic>
          </wp:inline>
        </w:drawing>
      </w:r>
    </w:p>
    <w:p w14:paraId="3D6BD9F0" w14:textId="77777777" w:rsidR="00CB4267" w:rsidRDefault="00000000">
      <w:pPr>
        <w:rPr>
          <w:lang w:eastAsia="zh-TW"/>
        </w:rPr>
      </w:pPr>
      <w:r>
        <w:rPr>
          <w:rFonts w:ascii="Times New Roman" w:eastAsia="標楷體" w:hAnsi="Times New Roman"/>
          <w:sz w:val="24"/>
          <w:lang w:eastAsia="zh-TW"/>
        </w:rPr>
        <w:t>早餐後我們開始遊覽這座</w:t>
      </w:r>
      <w:r>
        <w:rPr>
          <w:rFonts w:ascii="Times New Roman" w:eastAsia="標楷體" w:hAnsi="Times New Roman"/>
          <w:sz w:val="24"/>
          <w:lang w:eastAsia="zh-TW"/>
        </w:rPr>
        <w:t>"</w:t>
      </w:r>
      <w:r>
        <w:rPr>
          <w:rFonts w:ascii="Times New Roman" w:eastAsia="標楷體" w:hAnsi="Times New Roman"/>
          <w:sz w:val="24"/>
          <w:lang w:eastAsia="zh-TW"/>
        </w:rPr>
        <w:t>盛京皇城</w:t>
      </w:r>
      <w:r>
        <w:rPr>
          <w:rFonts w:ascii="Times New Roman" w:eastAsia="標楷體" w:hAnsi="Times New Roman"/>
          <w:sz w:val="24"/>
          <w:lang w:eastAsia="zh-TW"/>
        </w:rPr>
        <w:t>"</w:t>
      </w:r>
      <w:r>
        <w:rPr>
          <w:rFonts w:ascii="Times New Roman" w:eastAsia="標楷體" w:hAnsi="Times New Roman"/>
          <w:sz w:val="24"/>
          <w:lang w:eastAsia="zh-TW"/>
        </w:rPr>
        <w:t>，看看這</w:t>
      </w:r>
      <w:proofErr w:type="gramStart"/>
      <w:r>
        <w:rPr>
          <w:rFonts w:ascii="Times New Roman" w:eastAsia="標楷體" w:hAnsi="Times New Roman"/>
          <w:sz w:val="24"/>
          <w:lang w:eastAsia="zh-TW"/>
        </w:rPr>
        <w:t>座既現代</w:t>
      </w:r>
      <w:proofErr w:type="gramEnd"/>
      <w:r>
        <w:rPr>
          <w:rFonts w:ascii="Times New Roman" w:eastAsia="標楷體" w:hAnsi="Times New Roman"/>
          <w:sz w:val="24"/>
          <w:lang w:eastAsia="zh-TW"/>
        </w:rPr>
        <w:t>又伴隨著滿清時期以及民國初期味道的碩大城市。</w:t>
      </w:r>
    </w:p>
    <w:p w14:paraId="6D9495FD" w14:textId="77777777" w:rsidR="00CB4267" w:rsidRDefault="00000000">
      <w:pPr>
        <w:pStyle w:val="5"/>
        <w:rPr>
          <w:lang w:eastAsia="zh-TW"/>
        </w:rPr>
      </w:pPr>
      <w:r>
        <w:rPr>
          <w:rFonts w:ascii="Times New Roman" w:eastAsia="標楷體" w:hAnsi="Times New Roman"/>
          <w:sz w:val="24"/>
          <w:lang w:eastAsia="zh-TW"/>
        </w:rPr>
        <w:lastRenderedPageBreak/>
        <w:t>瀋陽故宮</w:t>
      </w:r>
      <w:r>
        <w:rPr>
          <w:rFonts w:ascii="Times New Roman" w:eastAsia="標楷體" w:hAnsi="Times New Roman"/>
          <w:sz w:val="24"/>
          <w:lang w:eastAsia="zh-TW"/>
        </w:rPr>
        <w:br/>
      </w:r>
      <w:r>
        <w:rPr>
          <w:rFonts w:ascii="Times New Roman" w:eastAsia="標楷體" w:hAnsi="Times New Roman"/>
          <w:sz w:val="24"/>
          <w:lang w:eastAsia="zh-TW"/>
        </w:rPr>
        <w:t>全中國現存至今清朝最早的宮殿建築群，是滿清在入關前所建造的皇宮，黃色琉璃瓦所建構的宮殿在陽光照射下更顯得壯麗輝煌，而在當時不僅是努爾哈赤和皇太極進攻中原的根據地，且當年年僅</w:t>
      </w:r>
      <w:r>
        <w:rPr>
          <w:rFonts w:ascii="Times New Roman" w:eastAsia="標楷體" w:hAnsi="Times New Roman"/>
          <w:sz w:val="24"/>
          <w:lang w:eastAsia="zh-TW"/>
        </w:rPr>
        <w:t>6</w:t>
      </w:r>
      <w:r>
        <w:rPr>
          <w:rFonts w:ascii="Times New Roman" w:eastAsia="標楷體" w:hAnsi="Times New Roman"/>
          <w:sz w:val="24"/>
          <w:lang w:eastAsia="zh-TW"/>
        </w:rPr>
        <w:t>歲的順治皇帝，由其叔父多爾袞輔政時，也是在此登基，之後才遷都北京，</w:t>
      </w:r>
      <w:proofErr w:type="gramStart"/>
      <w:r>
        <w:rPr>
          <w:rFonts w:ascii="Times New Roman" w:eastAsia="標楷體" w:hAnsi="Times New Roman"/>
          <w:sz w:val="24"/>
          <w:lang w:eastAsia="zh-TW"/>
        </w:rPr>
        <w:t>可說極具</w:t>
      </w:r>
      <w:proofErr w:type="gramEnd"/>
      <w:r>
        <w:rPr>
          <w:rFonts w:ascii="Times New Roman" w:eastAsia="標楷體" w:hAnsi="Times New Roman"/>
          <w:sz w:val="24"/>
          <w:lang w:eastAsia="zh-TW"/>
        </w:rPr>
        <w:t>歷史價值，更是中國現今僅次於北京故宮最完整的建築。</w:t>
      </w:r>
    </w:p>
    <w:p w14:paraId="784B07E3" w14:textId="77777777" w:rsidR="00CB4267" w:rsidRDefault="00000000">
      <w:pPr>
        <w:pStyle w:val="5"/>
        <w:rPr>
          <w:lang w:eastAsia="zh-TW"/>
        </w:rPr>
      </w:pPr>
      <w:r>
        <w:rPr>
          <w:rFonts w:ascii="Times New Roman" w:eastAsia="標楷體" w:hAnsi="Times New Roman"/>
          <w:sz w:val="24"/>
          <w:lang w:eastAsia="zh-TW"/>
        </w:rPr>
        <w:t>張學良故居</w:t>
      </w:r>
      <w:r>
        <w:rPr>
          <w:rFonts w:ascii="Times New Roman" w:eastAsia="標楷體" w:hAnsi="Times New Roman"/>
          <w:sz w:val="24"/>
          <w:lang w:eastAsia="zh-TW"/>
        </w:rPr>
        <w:br/>
      </w:r>
      <w:r>
        <w:rPr>
          <w:rFonts w:ascii="Times New Roman" w:eastAsia="標楷體" w:hAnsi="Times New Roman"/>
          <w:sz w:val="24"/>
          <w:lang w:eastAsia="zh-TW"/>
        </w:rPr>
        <w:t>該所建築造型豪華、美觀、大方。</w:t>
      </w:r>
      <w:proofErr w:type="gramStart"/>
      <w:r>
        <w:rPr>
          <w:rFonts w:ascii="Times New Roman" w:eastAsia="標楷體" w:hAnsi="Times New Roman"/>
          <w:sz w:val="24"/>
          <w:lang w:eastAsia="zh-TW"/>
        </w:rPr>
        <w:t>前樓正面</w:t>
      </w:r>
      <w:proofErr w:type="gramEnd"/>
      <w:r>
        <w:rPr>
          <w:rFonts w:ascii="Times New Roman" w:eastAsia="標楷體" w:hAnsi="Times New Roman"/>
          <w:sz w:val="24"/>
          <w:lang w:eastAsia="zh-TW"/>
        </w:rPr>
        <w:t>二、三層設有屋頂平</w:t>
      </w:r>
      <w:proofErr w:type="gramStart"/>
      <w:r>
        <w:rPr>
          <w:rFonts w:ascii="Times New Roman" w:eastAsia="標楷體" w:hAnsi="Times New Roman"/>
          <w:sz w:val="24"/>
          <w:lang w:eastAsia="zh-TW"/>
        </w:rPr>
        <w:t>臺</w:t>
      </w:r>
      <w:proofErr w:type="gramEnd"/>
      <w:r>
        <w:rPr>
          <w:rFonts w:ascii="Times New Roman" w:eastAsia="標楷體" w:hAnsi="Times New Roman"/>
          <w:sz w:val="24"/>
          <w:lang w:eastAsia="zh-TW"/>
        </w:rPr>
        <w:t>；室內寬大考究，內部樓梯、地板、門窗等均採用菲律賓木料；衛生設備具全，院內廣植草坪，具有參觀價值。</w:t>
      </w:r>
    </w:p>
    <w:p w14:paraId="717A8EC4" w14:textId="77777777" w:rsidR="00CB4267" w:rsidRDefault="00000000">
      <w:pPr>
        <w:pStyle w:val="5"/>
        <w:rPr>
          <w:lang w:eastAsia="zh-TW"/>
        </w:rPr>
      </w:pPr>
      <w:r>
        <w:rPr>
          <w:rFonts w:ascii="Times New Roman" w:eastAsia="標楷體" w:hAnsi="Times New Roman"/>
          <w:sz w:val="24"/>
          <w:lang w:eastAsia="zh-TW"/>
        </w:rPr>
        <w:t>趙四小姐樓</w:t>
      </w:r>
      <w:r>
        <w:rPr>
          <w:rFonts w:ascii="Times New Roman" w:eastAsia="標楷體" w:hAnsi="Times New Roman"/>
          <w:sz w:val="24"/>
          <w:lang w:eastAsia="zh-TW"/>
        </w:rPr>
        <w:br/>
      </w:r>
      <w:r>
        <w:rPr>
          <w:rFonts w:ascii="Times New Roman" w:eastAsia="標楷體" w:hAnsi="Times New Roman"/>
          <w:sz w:val="24"/>
          <w:lang w:eastAsia="zh-TW"/>
        </w:rPr>
        <w:t>位於張氏大帥府的</w:t>
      </w:r>
      <w:proofErr w:type="gramStart"/>
      <w:r>
        <w:rPr>
          <w:rFonts w:ascii="Times New Roman" w:eastAsia="標楷體" w:hAnsi="Times New Roman"/>
          <w:sz w:val="24"/>
          <w:lang w:eastAsia="zh-TW"/>
        </w:rPr>
        <w:t>東側，樓體</w:t>
      </w:r>
      <w:proofErr w:type="gramEnd"/>
      <w:r>
        <w:rPr>
          <w:rFonts w:ascii="Times New Roman" w:eastAsia="標楷體" w:hAnsi="Times New Roman"/>
          <w:sz w:val="24"/>
          <w:lang w:eastAsia="zh-TW"/>
        </w:rPr>
        <w:t>赭石紅，東方的框架結構，與</w:t>
      </w:r>
      <w:proofErr w:type="gramStart"/>
      <w:r>
        <w:rPr>
          <w:rFonts w:ascii="Times New Roman" w:eastAsia="標楷體" w:hAnsi="Times New Roman"/>
          <w:sz w:val="24"/>
          <w:lang w:eastAsia="zh-TW"/>
        </w:rPr>
        <w:t>人字梁結合</w:t>
      </w:r>
      <w:proofErr w:type="gramEnd"/>
      <w:r>
        <w:rPr>
          <w:rFonts w:ascii="Times New Roman" w:eastAsia="標楷體" w:hAnsi="Times New Roman"/>
          <w:sz w:val="24"/>
          <w:lang w:eastAsia="zh-TW"/>
        </w:rPr>
        <w:t>構成大屋頂，木板封簷，</w:t>
      </w:r>
      <w:proofErr w:type="gramStart"/>
      <w:r>
        <w:rPr>
          <w:rFonts w:ascii="Times New Roman" w:eastAsia="標楷體" w:hAnsi="Times New Roman"/>
          <w:sz w:val="24"/>
          <w:lang w:eastAsia="zh-TW"/>
        </w:rPr>
        <w:t>西式仰瓦，</w:t>
      </w:r>
      <w:proofErr w:type="gramEnd"/>
      <w:r>
        <w:rPr>
          <w:rFonts w:ascii="Times New Roman" w:eastAsia="標楷體" w:hAnsi="Times New Roman"/>
          <w:sz w:val="24"/>
          <w:lang w:eastAsia="zh-TW"/>
        </w:rPr>
        <w:t>形成典型的日本建築風格，看上去好像一座獨立的城堡。</w:t>
      </w:r>
      <w:proofErr w:type="gramStart"/>
      <w:r>
        <w:rPr>
          <w:rFonts w:ascii="Times New Roman" w:eastAsia="標楷體" w:hAnsi="Times New Roman"/>
          <w:sz w:val="24"/>
          <w:lang w:eastAsia="zh-TW"/>
        </w:rPr>
        <w:t>整個小院清靜</w:t>
      </w:r>
      <w:proofErr w:type="gramEnd"/>
      <w:r>
        <w:rPr>
          <w:rFonts w:ascii="Times New Roman" w:eastAsia="標楷體" w:hAnsi="Times New Roman"/>
          <w:sz w:val="24"/>
          <w:lang w:eastAsia="zh-TW"/>
        </w:rPr>
        <w:t>幽雅，精巧別致。經過精心維修和多方考證，復原陳列後的趙一荻故居再現了趙四小姐與張學良將軍當年共同生活的真實場景，向人們講述著他們傳奇的愛情故事。</w:t>
      </w:r>
    </w:p>
    <w:p w14:paraId="05C3E66C" w14:textId="77777777" w:rsidR="00CB4267" w:rsidRDefault="00000000">
      <w:pPr>
        <w:pStyle w:val="5"/>
      </w:pPr>
      <w:r>
        <w:rPr>
          <w:rFonts w:ascii="Times New Roman" w:eastAsia="標楷體" w:hAnsi="Times New Roman"/>
          <w:sz w:val="24"/>
          <w:lang w:eastAsia="zh-TW"/>
        </w:rPr>
        <w:t>滿清一條街</w:t>
      </w:r>
      <w:r>
        <w:rPr>
          <w:rFonts w:ascii="Times New Roman" w:eastAsia="標楷體" w:hAnsi="Times New Roman"/>
          <w:sz w:val="24"/>
          <w:lang w:eastAsia="zh-TW"/>
        </w:rPr>
        <w:br/>
      </w:r>
      <w:r>
        <w:rPr>
          <w:rFonts w:ascii="Times New Roman" w:eastAsia="標楷體" w:hAnsi="Times New Roman"/>
          <w:sz w:val="24"/>
          <w:lang w:eastAsia="zh-TW"/>
        </w:rPr>
        <w:t>距今已有三百多年的歷史，街上共有牌坊三百多</w:t>
      </w:r>
      <w:proofErr w:type="gramStart"/>
      <w:r>
        <w:rPr>
          <w:rFonts w:ascii="Times New Roman" w:eastAsia="標楷體" w:hAnsi="Times New Roman"/>
          <w:sz w:val="24"/>
          <w:lang w:eastAsia="zh-TW"/>
        </w:rPr>
        <w:t>個</w:t>
      </w:r>
      <w:proofErr w:type="gramEnd"/>
      <w:r>
        <w:rPr>
          <w:rFonts w:ascii="Times New Roman" w:eastAsia="標楷體" w:hAnsi="Times New Roman"/>
          <w:sz w:val="24"/>
          <w:lang w:eastAsia="zh-TW"/>
        </w:rPr>
        <w:t>，整條的整體布局為紅色，保存了清代的風俗習慣、滿族的建築風格，步行在此街上，儼然就像回到了清代。</w:t>
      </w:r>
      <w:r>
        <w:rPr>
          <w:rFonts w:ascii="Times New Roman" w:eastAsia="標楷體" w:hAnsi="Times New Roman"/>
          <w:sz w:val="24"/>
          <w:lang w:eastAsia="zh-TW"/>
        </w:rPr>
        <w:br/>
      </w:r>
      <w:r>
        <w:rPr>
          <w:rFonts w:ascii="Times New Roman" w:eastAsia="標楷體" w:hAnsi="Times New Roman"/>
          <w:sz w:val="24"/>
        </w:rPr>
        <w:t>【行車距離】瀋陽－約</w:t>
      </w:r>
      <w:r>
        <w:rPr>
          <w:rFonts w:ascii="Times New Roman" w:eastAsia="標楷體" w:hAnsi="Times New Roman"/>
          <w:sz w:val="24"/>
        </w:rPr>
        <w:t>4HR</w:t>
      </w:r>
      <w:r>
        <w:rPr>
          <w:rFonts w:ascii="Times New Roman" w:eastAsia="標楷體" w:hAnsi="Times New Roman"/>
          <w:sz w:val="24"/>
        </w:rPr>
        <w:t>長春</w:t>
      </w:r>
    </w:p>
    <w:tbl>
      <w:tblPr>
        <w:tblStyle w:val="-1"/>
        <w:tblW w:w="0" w:type="auto"/>
        <w:tblLook w:val="04A0" w:firstRow="1" w:lastRow="0" w:firstColumn="1" w:lastColumn="0" w:noHBand="0" w:noVBand="1"/>
      </w:tblPr>
      <w:tblGrid>
        <w:gridCol w:w="3600"/>
        <w:gridCol w:w="3600"/>
        <w:gridCol w:w="3600"/>
      </w:tblGrid>
      <w:tr w:rsidR="00CB4267" w14:paraId="23B08F03"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76B8265" w14:textId="77777777" w:rsidR="00CB4267" w:rsidRDefault="00000000">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
        </w:tc>
        <w:tc>
          <w:tcPr>
            <w:tcW w:w="3600" w:type="dxa"/>
          </w:tcPr>
          <w:p w14:paraId="02762946"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午餐</w:t>
            </w:r>
            <w:r>
              <w:rPr>
                <w:rFonts w:ascii="Times New Roman" w:eastAsia="標楷體" w:hAnsi="Times New Roman"/>
                <w:sz w:val="24"/>
                <w:lang w:eastAsia="zh-TW"/>
              </w:rPr>
              <w:t>:</w:t>
            </w:r>
            <w:proofErr w:type="gramStart"/>
            <w:r>
              <w:rPr>
                <w:rFonts w:ascii="Times New Roman" w:eastAsia="標楷體" w:hAnsi="Times New Roman"/>
                <w:sz w:val="24"/>
                <w:lang w:eastAsia="zh-TW"/>
              </w:rPr>
              <w:t>吊爐餅</w:t>
            </w:r>
            <w:proofErr w:type="gramEnd"/>
            <w:r>
              <w:rPr>
                <w:rFonts w:ascii="Times New Roman" w:eastAsia="標楷體" w:hAnsi="Times New Roman"/>
                <w:sz w:val="24"/>
                <w:lang w:eastAsia="zh-TW"/>
              </w:rPr>
              <w:t>烤鴨風味</w:t>
            </w:r>
            <w:r>
              <w:rPr>
                <w:rFonts w:ascii="Times New Roman" w:eastAsia="標楷體" w:hAnsi="Times New Roman"/>
                <w:sz w:val="24"/>
                <w:lang w:eastAsia="zh-TW"/>
              </w:rPr>
              <w:t>RMB60</w:t>
            </w:r>
          </w:p>
        </w:tc>
        <w:tc>
          <w:tcPr>
            <w:tcW w:w="3600" w:type="dxa"/>
          </w:tcPr>
          <w:p w14:paraId="0A1A07F9"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烏拉滿族火鍋風味</w:t>
            </w:r>
            <w:r>
              <w:rPr>
                <w:rFonts w:ascii="Times New Roman" w:eastAsia="標楷體" w:hAnsi="Times New Roman"/>
                <w:sz w:val="24"/>
                <w:lang w:eastAsia="zh-TW"/>
              </w:rPr>
              <w:t>RMB80</w:t>
            </w:r>
          </w:p>
        </w:tc>
      </w:tr>
      <w:tr w:rsidR="00CB4267" w14:paraId="7604BFBD"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476B2F5C"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:5★</w:t>
            </w:r>
            <w:r>
              <w:rPr>
                <w:rFonts w:ascii="Times New Roman" w:eastAsia="標楷體" w:hAnsi="Times New Roman"/>
                <w:sz w:val="24"/>
                <w:lang w:eastAsia="zh-TW"/>
              </w:rPr>
              <w:t>長春</w:t>
            </w:r>
            <w:proofErr w:type="gramStart"/>
            <w:r>
              <w:rPr>
                <w:rFonts w:ascii="Times New Roman" w:eastAsia="標楷體" w:hAnsi="Times New Roman"/>
                <w:sz w:val="24"/>
                <w:lang w:eastAsia="zh-TW"/>
              </w:rPr>
              <w:t>福朋喜</w:t>
            </w:r>
            <w:proofErr w:type="gramEnd"/>
            <w:r>
              <w:rPr>
                <w:rFonts w:ascii="Times New Roman" w:eastAsia="標楷體" w:hAnsi="Times New Roman"/>
                <w:sz w:val="24"/>
                <w:lang w:eastAsia="zh-TW"/>
              </w:rPr>
              <w:t>來登酒店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龍府國際酒店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2F3C999E" w14:textId="77777777" w:rsidR="00CB4267" w:rsidRDefault="00CB4267">
      <w:pPr>
        <w:rPr>
          <w:lang w:eastAsia="zh-TW"/>
        </w:rPr>
      </w:pPr>
    </w:p>
    <w:p w14:paraId="42DE01DD" w14:textId="77777777" w:rsidR="00CB4267" w:rsidRDefault="00000000">
      <w:pPr>
        <w:rPr>
          <w:lang w:eastAsia="zh-TW"/>
        </w:rPr>
      </w:pPr>
      <w:r>
        <w:rPr>
          <w:rFonts w:ascii="Times New Roman" w:eastAsia="標楷體" w:hAnsi="Times New Roman"/>
          <w:b/>
          <w:sz w:val="32"/>
          <w:lang w:eastAsia="zh-TW"/>
        </w:rPr>
        <w:t xml:space="preserve">DAY 3 : </w:t>
      </w:r>
      <w:r>
        <w:rPr>
          <w:rFonts w:ascii="Times New Roman" w:eastAsia="標楷體" w:hAnsi="Times New Roman"/>
          <w:b/>
          <w:sz w:val="32"/>
          <w:lang w:eastAsia="zh-TW"/>
        </w:rPr>
        <w:t>長春【長春世界雕塑園賞雪雕、淨月潭國家森林公園】－吉林市【夜遊臨江門大橋、松江路、天主教堂外觀】</w:t>
      </w:r>
    </w:p>
    <w:p w14:paraId="59FA4F5A" w14:textId="77777777" w:rsidR="00CB4267" w:rsidRDefault="00000000">
      <w:pPr>
        <w:jc w:val="distribute"/>
      </w:pPr>
      <w:r>
        <w:rPr>
          <w:lang w:eastAsia="zh-TW"/>
        </w:rPr>
        <w:t xml:space="preserve"> </w:t>
      </w:r>
      <w:r>
        <w:rPr>
          <w:noProof/>
        </w:rPr>
        <w:drawing>
          <wp:inline distT="0" distB="0" distL="0" distR="0" wp14:anchorId="012347A8" wp14:editId="4180A19E">
            <wp:extent cx="2743200" cy="16136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6"/>
                    <a:stretch>
                      <a:fillRect/>
                    </a:stretch>
                  </pic:blipFill>
                  <pic:spPr>
                    <a:xfrm>
                      <a:off x="0" y="0"/>
                      <a:ext cx="2743200" cy="1613647"/>
                    </a:xfrm>
                    <a:prstGeom prst="rect">
                      <a:avLst/>
                    </a:prstGeom>
                  </pic:spPr>
                </pic:pic>
              </a:graphicData>
            </a:graphic>
          </wp:inline>
        </w:drawing>
      </w:r>
      <w:r>
        <w:rPr>
          <w:noProof/>
        </w:rPr>
        <w:drawing>
          <wp:inline distT="0" distB="0" distL="0" distR="0" wp14:anchorId="7EC4FCF8" wp14:editId="6629A1D7">
            <wp:extent cx="2743200" cy="16136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7"/>
                    <a:stretch>
                      <a:fillRect/>
                    </a:stretch>
                  </pic:blipFill>
                  <pic:spPr>
                    <a:xfrm>
                      <a:off x="0" y="0"/>
                      <a:ext cx="2743200" cy="1613647"/>
                    </a:xfrm>
                    <a:prstGeom prst="rect">
                      <a:avLst/>
                    </a:prstGeom>
                  </pic:spPr>
                </pic:pic>
              </a:graphicData>
            </a:graphic>
          </wp:inline>
        </w:drawing>
      </w:r>
    </w:p>
    <w:p w14:paraId="72C32841" w14:textId="77777777" w:rsidR="00CB4267" w:rsidRDefault="00000000">
      <w:pPr>
        <w:rPr>
          <w:lang w:eastAsia="zh-TW"/>
        </w:rPr>
      </w:pPr>
      <w:r>
        <w:rPr>
          <w:rFonts w:ascii="Times New Roman" w:eastAsia="標楷體" w:hAnsi="Times New Roman"/>
          <w:sz w:val="24"/>
          <w:lang w:eastAsia="zh-TW"/>
        </w:rPr>
        <w:t>早餐後來場長春市區巡禮及前往雕塑公園賞雪雕，下午將來到吉林市，在夜空下感受這座城市的獨特魅力。</w:t>
      </w:r>
    </w:p>
    <w:p w14:paraId="43EC296B" w14:textId="77777777" w:rsidR="00CB4267" w:rsidRDefault="00000000">
      <w:pPr>
        <w:pStyle w:val="5"/>
        <w:rPr>
          <w:lang w:eastAsia="zh-TW"/>
        </w:rPr>
      </w:pPr>
      <w:r>
        <w:rPr>
          <w:rFonts w:ascii="Times New Roman" w:eastAsia="標楷體" w:hAnsi="Times New Roman"/>
          <w:sz w:val="24"/>
          <w:lang w:eastAsia="zh-TW"/>
        </w:rPr>
        <w:lastRenderedPageBreak/>
        <w:t>長春世界雕塑園賞雪雕</w:t>
      </w:r>
      <w:r>
        <w:rPr>
          <w:rFonts w:ascii="Times New Roman" w:eastAsia="標楷體" w:hAnsi="Times New Roman"/>
          <w:sz w:val="24"/>
          <w:lang w:eastAsia="zh-TW"/>
        </w:rPr>
        <w:br/>
      </w:r>
      <w:r>
        <w:rPr>
          <w:rFonts w:ascii="Times New Roman" w:eastAsia="標楷體" w:hAnsi="Times New Roman"/>
          <w:sz w:val="24"/>
          <w:lang w:eastAsia="zh-TW"/>
        </w:rPr>
        <w:t>長春世界雕塑園是一個融</w:t>
      </w:r>
      <w:proofErr w:type="gramStart"/>
      <w:r>
        <w:rPr>
          <w:rFonts w:ascii="Times New Roman" w:eastAsia="標楷體" w:hAnsi="Times New Roman"/>
          <w:sz w:val="24"/>
          <w:lang w:eastAsia="zh-TW"/>
        </w:rPr>
        <w:t>匯</w:t>
      </w:r>
      <w:proofErr w:type="gramEnd"/>
      <w:r>
        <w:rPr>
          <w:rFonts w:ascii="Times New Roman" w:eastAsia="標楷體" w:hAnsi="Times New Roman"/>
          <w:sz w:val="24"/>
          <w:lang w:eastAsia="zh-TW"/>
        </w:rPr>
        <w:t>當代雕塑藝術、展示世界雕塑藝術流派的主題公園，是集自然山水與人文景觀相融的一座現代城市雕塑園，是長春世界雕塑大會、長春國際雕塑作品邀請展的舉辦地，是一座以自然山水與人文景觀相融為特色、以</w:t>
      </w:r>
      <w:r>
        <w:rPr>
          <w:rFonts w:ascii="Times New Roman" w:eastAsia="標楷體" w:hAnsi="Times New Roman"/>
          <w:sz w:val="24"/>
          <w:lang w:eastAsia="zh-TW"/>
        </w:rPr>
        <w:t>"</w:t>
      </w:r>
      <w:r>
        <w:rPr>
          <w:rFonts w:ascii="Times New Roman" w:eastAsia="標楷體" w:hAnsi="Times New Roman"/>
          <w:sz w:val="24"/>
          <w:lang w:eastAsia="zh-TW"/>
        </w:rPr>
        <w:t>友誼</w:t>
      </w:r>
      <w:proofErr w:type="gramStart"/>
      <w:r>
        <w:rPr>
          <w:rFonts w:ascii="Times New Roman" w:eastAsia="標楷體" w:hAnsi="Times New Roman"/>
          <w:sz w:val="24"/>
          <w:lang w:eastAsia="zh-TW"/>
        </w:rPr>
        <w:t>·</w:t>
      </w:r>
      <w:proofErr w:type="gramEnd"/>
      <w:r>
        <w:rPr>
          <w:rFonts w:ascii="Times New Roman" w:eastAsia="標楷體" w:hAnsi="Times New Roman"/>
          <w:sz w:val="24"/>
          <w:lang w:eastAsia="zh-TW"/>
        </w:rPr>
        <w:t>和平</w:t>
      </w:r>
      <w:proofErr w:type="gramStart"/>
      <w:r>
        <w:rPr>
          <w:rFonts w:ascii="Times New Roman" w:eastAsia="標楷體" w:hAnsi="Times New Roman"/>
          <w:sz w:val="24"/>
          <w:lang w:eastAsia="zh-TW"/>
        </w:rPr>
        <w:t>·</w:t>
      </w:r>
      <w:proofErr w:type="gramEnd"/>
      <w:r>
        <w:rPr>
          <w:rFonts w:ascii="Times New Roman" w:eastAsia="標楷體" w:hAnsi="Times New Roman"/>
          <w:sz w:val="24"/>
          <w:lang w:eastAsia="zh-TW"/>
        </w:rPr>
        <w:t>春天</w:t>
      </w:r>
      <w:r>
        <w:rPr>
          <w:rFonts w:ascii="Times New Roman" w:eastAsia="標楷體" w:hAnsi="Times New Roman"/>
          <w:sz w:val="24"/>
          <w:lang w:eastAsia="zh-TW"/>
        </w:rPr>
        <w:t>"</w:t>
      </w:r>
      <w:r>
        <w:rPr>
          <w:rFonts w:ascii="Times New Roman" w:eastAsia="標楷體" w:hAnsi="Times New Roman"/>
          <w:sz w:val="24"/>
          <w:lang w:eastAsia="zh-TW"/>
        </w:rPr>
        <w:t>為主題、以東西方文化藝術相融合為理念的大型現代雕塑藝術主題公園。</w:t>
      </w:r>
    </w:p>
    <w:p w14:paraId="55FDC59C" w14:textId="77777777" w:rsidR="00CB4267" w:rsidRDefault="00000000">
      <w:pPr>
        <w:pStyle w:val="5"/>
        <w:rPr>
          <w:lang w:eastAsia="zh-TW"/>
        </w:rPr>
      </w:pPr>
      <w:proofErr w:type="gramStart"/>
      <w:r>
        <w:rPr>
          <w:rFonts w:ascii="Times New Roman" w:eastAsia="標楷體" w:hAnsi="Times New Roman"/>
          <w:sz w:val="24"/>
          <w:lang w:eastAsia="zh-TW"/>
        </w:rPr>
        <w:t>淨月潭</w:t>
      </w:r>
      <w:proofErr w:type="gramEnd"/>
      <w:r>
        <w:rPr>
          <w:rFonts w:ascii="Times New Roman" w:eastAsia="標楷體" w:hAnsi="Times New Roman"/>
          <w:sz w:val="24"/>
          <w:lang w:eastAsia="zh-TW"/>
        </w:rPr>
        <w:t>國家森林公園</w:t>
      </w:r>
      <w:r>
        <w:rPr>
          <w:rFonts w:ascii="Times New Roman" w:eastAsia="標楷體" w:hAnsi="Times New Roman"/>
          <w:sz w:val="24"/>
          <w:lang w:eastAsia="zh-TW"/>
        </w:rPr>
        <w:br/>
      </w:r>
      <w:r>
        <w:rPr>
          <w:rFonts w:ascii="Times New Roman" w:eastAsia="標楷體" w:hAnsi="Times New Roman"/>
          <w:sz w:val="24"/>
          <w:lang w:eastAsia="zh-TW"/>
        </w:rPr>
        <w:t>吉林</w:t>
      </w:r>
      <w:proofErr w:type="gramStart"/>
      <w:r>
        <w:rPr>
          <w:rFonts w:ascii="Times New Roman" w:eastAsia="標楷體" w:hAnsi="Times New Roman"/>
          <w:sz w:val="24"/>
          <w:lang w:eastAsia="zh-TW"/>
        </w:rPr>
        <w:t>淨月潭</w:t>
      </w:r>
      <w:proofErr w:type="gramEnd"/>
      <w:r>
        <w:rPr>
          <w:rFonts w:ascii="Times New Roman" w:eastAsia="標楷體" w:hAnsi="Times New Roman"/>
          <w:sz w:val="24"/>
          <w:lang w:eastAsia="zh-TW"/>
        </w:rPr>
        <w:t>國家森林公園位於長春市東南部，</w:t>
      </w:r>
      <w:proofErr w:type="gramStart"/>
      <w:r>
        <w:rPr>
          <w:rFonts w:ascii="Times New Roman" w:eastAsia="標楷體" w:hAnsi="Times New Roman"/>
          <w:sz w:val="24"/>
          <w:lang w:eastAsia="zh-TW"/>
        </w:rPr>
        <w:t>因築壩</w:t>
      </w:r>
      <w:proofErr w:type="gramEnd"/>
      <w:r>
        <w:rPr>
          <w:rFonts w:ascii="Times New Roman" w:eastAsia="標楷體" w:hAnsi="Times New Roman"/>
          <w:sz w:val="24"/>
          <w:lang w:eastAsia="zh-TW"/>
        </w:rPr>
        <w:t>蓄水</w:t>
      </w:r>
      <w:proofErr w:type="gramStart"/>
      <w:r>
        <w:rPr>
          <w:rFonts w:ascii="Times New Roman" w:eastAsia="標楷體" w:hAnsi="Times New Roman"/>
          <w:sz w:val="24"/>
          <w:lang w:eastAsia="zh-TW"/>
        </w:rPr>
        <w:t>呈彎月狀</w:t>
      </w:r>
      <w:proofErr w:type="gramEnd"/>
      <w:r>
        <w:rPr>
          <w:rFonts w:ascii="Times New Roman" w:eastAsia="標楷體" w:hAnsi="Times New Roman"/>
          <w:sz w:val="24"/>
          <w:lang w:eastAsia="zh-TW"/>
        </w:rPr>
        <w:t>而得名，</w:t>
      </w:r>
      <w:proofErr w:type="gramStart"/>
      <w:r>
        <w:rPr>
          <w:rFonts w:ascii="Times New Roman" w:eastAsia="標楷體" w:hAnsi="Times New Roman"/>
          <w:sz w:val="24"/>
          <w:lang w:eastAsia="zh-TW"/>
        </w:rPr>
        <w:t>淨月潭</w:t>
      </w:r>
      <w:proofErr w:type="gramEnd"/>
      <w:r>
        <w:rPr>
          <w:rFonts w:ascii="Times New Roman" w:eastAsia="標楷體" w:hAnsi="Times New Roman"/>
          <w:sz w:val="24"/>
          <w:lang w:eastAsia="zh-TW"/>
        </w:rPr>
        <w:t>國家森林公園地處長白山山前</w:t>
      </w:r>
      <w:proofErr w:type="gramStart"/>
      <w:r>
        <w:rPr>
          <w:rFonts w:ascii="Times New Roman" w:eastAsia="標楷體" w:hAnsi="Times New Roman"/>
          <w:sz w:val="24"/>
          <w:lang w:eastAsia="zh-TW"/>
        </w:rPr>
        <w:t>臺</w:t>
      </w:r>
      <w:proofErr w:type="gramEnd"/>
      <w:r>
        <w:rPr>
          <w:rFonts w:ascii="Times New Roman" w:eastAsia="標楷體" w:hAnsi="Times New Roman"/>
          <w:sz w:val="24"/>
          <w:lang w:eastAsia="zh-TW"/>
        </w:rPr>
        <w:t>地，屬於長白山</w:t>
      </w:r>
      <w:proofErr w:type="gramStart"/>
      <w:r>
        <w:rPr>
          <w:rFonts w:ascii="Times New Roman" w:eastAsia="標楷體" w:hAnsi="Times New Roman"/>
          <w:sz w:val="24"/>
          <w:lang w:eastAsia="zh-TW"/>
        </w:rPr>
        <w:t>麓</w:t>
      </w:r>
      <w:proofErr w:type="gramEnd"/>
      <w:r>
        <w:rPr>
          <w:rFonts w:ascii="Times New Roman" w:eastAsia="標楷體" w:hAnsi="Times New Roman"/>
          <w:sz w:val="24"/>
          <w:lang w:eastAsia="zh-TW"/>
        </w:rPr>
        <w:t>向西部草原的過度地帶，森林覆蓋率達</w:t>
      </w:r>
      <w:r>
        <w:rPr>
          <w:rFonts w:ascii="Times New Roman" w:eastAsia="標楷體" w:hAnsi="Times New Roman"/>
          <w:sz w:val="24"/>
          <w:lang w:eastAsia="zh-TW"/>
        </w:rPr>
        <w:t>96%</w:t>
      </w:r>
      <w:r>
        <w:rPr>
          <w:rFonts w:ascii="Times New Roman" w:eastAsia="標楷體" w:hAnsi="Times New Roman"/>
          <w:sz w:val="24"/>
          <w:lang w:eastAsia="zh-TW"/>
        </w:rPr>
        <w:t>，屬溫帶半濕潤季風氣候區，海拔</w:t>
      </w:r>
      <w:r>
        <w:rPr>
          <w:rFonts w:ascii="Times New Roman" w:eastAsia="標楷體" w:hAnsi="Times New Roman"/>
          <w:sz w:val="24"/>
          <w:lang w:eastAsia="zh-TW"/>
        </w:rPr>
        <w:t>220</w:t>
      </w:r>
      <w:r>
        <w:rPr>
          <w:rFonts w:ascii="Times New Roman" w:eastAsia="標楷體" w:hAnsi="Times New Roman"/>
          <w:sz w:val="24"/>
          <w:lang w:eastAsia="zh-TW"/>
        </w:rPr>
        <w:t>米到</w:t>
      </w:r>
      <w:r>
        <w:rPr>
          <w:rFonts w:ascii="Times New Roman" w:eastAsia="標楷體" w:hAnsi="Times New Roman"/>
          <w:sz w:val="24"/>
          <w:lang w:eastAsia="zh-TW"/>
        </w:rPr>
        <w:t>406.5</w:t>
      </w:r>
      <w:r>
        <w:rPr>
          <w:rFonts w:ascii="Times New Roman" w:eastAsia="標楷體" w:hAnsi="Times New Roman"/>
          <w:sz w:val="24"/>
          <w:lang w:eastAsia="zh-TW"/>
        </w:rPr>
        <w:t>米</w:t>
      </w:r>
      <w:proofErr w:type="gramStart"/>
      <w:r>
        <w:rPr>
          <w:rFonts w:ascii="Times New Roman" w:eastAsia="標楷體" w:hAnsi="Times New Roman"/>
          <w:sz w:val="24"/>
          <w:lang w:eastAsia="zh-TW"/>
        </w:rPr>
        <w:t>之間，</w:t>
      </w:r>
      <w:proofErr w:type="gramEnd"/>
      <w:r>
        <w:rPr>
          <w:rFonts w:ascii="Times New Roman" w:eastAsia="標楷體" w:hAnsi="Times New Roman"/>
          <w:sz w:val="24"/>
          <w:lang w:eastAsia="zh-TW"/>
        </w:rPr>
        <w:t>夏季到此避暑在步道上做做森林浴，沐浴在森林裡呼吸新鮮空氣，冬季裡可以賞雪，玩雪上活動。</w:t>
      </w:r>
    </w:p>
    <w:p w14:paraId="0392E66A" w14:textId="77777777" w:rsidR="00CB4267" w:rsidRDefault="00000000">
      <w:pPr>
        <w:pStyle w:val="5"/>
      </w:pPr>
      <w:r>
        <w:rPr>
          <w:rFonts w:ascii="Times New Roman" w:eastAsia="標楷體" w:hAnsi="Times New Roman"/>
          <w:sz w:val="24"/>
          <w:lang w:eastAsia="zh-TW"/>
        </w:rPr>
        <w:t>夜遊臨江門大橋、松江中路、天主教堂外觀</w:t>
      </w:r>
      <w:r>
        <w:rPr>
          <w:rFonts w:ascii="Times New Roman" w:eastAsia="標楷體" w:hAnsi="Times New Roman"/>
          <w:sz w:val="24"/>
          <w:lang w:eastAsia="zh-TW"/>
        </w:rPr>
        <w:br/>
      </w:r>
      <w:r>
        <w:rPr>
          <w:rFonts w:ascii="Times New Roman" w:eastAsia="標楷體" w:hAnsi="Times New Roman"/>
          <w:sz w:val="24"/>
          <w:lang w:eastAsia="zh-TW"/>
        </w:rPr>
        <w:t>欣賞吉林市市容，一座</w:t>
      </w:r>
      <w:proofErr w:type="gramStart"/>
      <w:r>
        <w:rPr>
          <w:rFonts w:ascii="Times New Roman" w:eastAsia="標楷體" w:hAnsi="Times New Roman"/>
          <w:sz w:val="24"/>
          <w:lang w:eastAsia="zh-TW"/>
        </w:rPr>
        <w:t>獨塔斜拉式</w:t>
      </w:r>
      <w:proofErr w:type="gramEnd"/>
      <w:r>
        <w:rPr>
          <w:rFonts w:ascii="Times New Roman" w:eastAsia="標楷體" w:hAnsi="Times New Roman"/>
          <w:sz w:val="24"/>
          <w:lang w:eastAsia="zh-TW"/>
        </w:rPr>
        <w:t>設計的臨江門大橋，橫跨松花江的臨江門大橋，進入夜色就會點亮變幻莫測的動畫圖案，</w:t>
      </w:r>
      <w:proofErr w:type="gramStart"/>
      <w:r>
        <w:rPr>
          <w:rFonts w:ascii="Times New Roman" w:eastAsia="標楷體" w:hAnsi="Times New Roman"/>
          <w:sz w:val="24"/>
          <w:lang w:eastAsia="zh-TW"/>
        </w:rPr>
        <w:t>斜拉橋</w:t>
      </w:r>
      <w:proofErr w:type="gramEnd"/>
      <w:r>
        <w:rPr>
          <w:rFonts w:ascii="Times New Roman" w:eastAsia="標楷體" w:hAnsi="Times New Roman"/>
          <w:sz w:val="24"/>
          <w:lang w:eastAsia="zh-TW"/>
        </w:rPr>
        <w:t>的燈光出現遊動的金魚、奔走的鴛鴦、飛舞的雪花、滑雪</w:t>
      </w:r>
      <w:proofErr w:type="gramStart"/>
      <w:r>
        <w:rPr>
          <w:rFonts w:ascii="Times New Roman" w:eastAsia="標楷體" w:hAnsi="Times New Roman"/>
          <w:sz w:val="24"/>
          <w:lang w:eastAsia="zh-TW"/>
        </w:rPr>
        <w:t>的身姿等</w:t>
      </w:r>
      <w:proofErr w:type="gramEnd"/>
      <w:r>
        <w:rPr>
          <w:rFonts w:ascii="Times New Roman" w:eastAsia="標楷體" w:hAnsi="Times New Roman"/>
          <w:sz w:val="24"/>
          <w:lang w:eastAsia="zh-TW"/>
        </w:rPr>
        <w:t>五彩繽紛的燈光，映出許多動畫圖案，演繹著</w:t>
      </w:r>
      <w:proofErr w:type="gramStart"/>
      <w:r>
        <w:rPr>
          <w:rFonts w:ascii="Times New Roman" w:eastAsia="標楷體" w:hAnsi="Times New Roman"/>
          <w:sz w:val="24"/>
          <w:lang w:eastAsia="zh-TW"/>
        </w:rPr>
        <w:t>北國江城</w:t>
      </w:r>
      <w:proofErr w:type="gramEnd"/>
      <w:r>
        <w:rPr>
          <w:rFonts w:ascii="Times New Roman" w:eastAsia="標楷體" w:hAnsi="Times New Roman"/>
          <w:sz w:val="24"/>
          <w:lang w:eastAsia="zh-TW"/>
        </w:rPr>
        <w:t>的特色風情，美不勝收，令人讚嘆。</w:t>
      </w:r>
      <w:r>
        <w:rPr>
          <w:rFonts w:ascii="Times New Roman" w:eastAsia="標楷體" w:hAnsi="Times New Roman"/>
          <w:sz w:val="24"/>
          <w:lang w:eastAsia="zh-TW"/>
        </w:rPr>
        <w:br/>
      </w:r>
      <w:r>
        <w:rPr>
          <w:rFonts w:ascii="Times New Roman" w:eastAsia="標楷體" w:hAnsi="Times New Roman"/>
          <w:sz w:val="24"/>
          <w:lang w:eastAsia="zh-TW"/>
        </w:rPr>
        <w:t>隨即經過主要城市景觀道路，沿松花江長度達</w:t>
      </w:r>
      <w:r>
        <w:rPr>
          <w:rFonts w:ascii="Times New Roman" w:eastAsia="標楷體" w:hAnsi="Times New Roman"/>
          <w:sz w:val="24"/>
          <w:lang w:eastAsia="zh-TW"/>
        </w:rPr>
        <w:t>2.6</w:t>
      </w:r>
      <w:r>
        <w:rPr>
          <w:rFonts w:ascii="Times New Roman" w:eastAsia="標楷體" w:hAnsi="Times New Roman"/>
          <w:sz w:val="24"/>
          <w:lang w:eastAsia="zh-TW"/>
        </w:rPr>
        <w:t>公里的松江中路，網美打卡的熱門地吉林天主教堂等等，在夜空下感受這座城市的獨特魅力。</w:t>
      </w:r>
      <w:r>
        <w:rPr>
          <w:rFonts w:ascii="Times New Roman" w:eastAsia="標楷體" w:hAnsi="Times New Roman"/>
          <w:sz w:val="24"/>
          <w:lang w:eastAsia="zh-TW"/>
        </w:rPr>
        <w:br/>
      </w:r>
      <w:r>
        <w:rPr>
          <w:rFonts w:ascii="Times New Roman" w:eastAsia="標楷體" w:hAnsi="Times New Roman"/>
          <w:sz w:val="24"/>
        </w:rPr>
        <w:t>【行車距離】長春－約</w:t>
      </w:r>
      <w:r>
        <w:rPr>
          <w:rFonts w:ascii="Times New Roman" w:eastAsia="標楷體" w:hAnsi="Times New Roman"/>
          <w:sz w:val="24"/>
        </w:rPr>
        <w:t>1.5HR</w:t>
      </w:r>
      <w:r>
        <w:rPr>
          <w:rFonts w:ascii="Times New Roman" w:eastAsia="標楷體" w:hAnsi="Times New Roman"/>
          <w:sz w:val="24"/>
        </w:rPr>
        <w:t>吉林</w:t>
      </w:r>
    </w:p>
    <w:tbl>
      <w:tblPr>
        <w:tblStyle w:val="-1"/>
        <w:tblW w:w="0" w:type="auto"/>
        <w:tblLook w:val="04A0" w:firstRow="1" w:lastRow="0" w:firstColumn="1" w:lastColumn="0" w:noHBand="0" w:noVBand="1"/>
      </w:tblPr>
      <w:tblGrid>
        <w:gridCol w:w="3600"/>
        <w:gridCol w:w="3600"/>
        <w:gridCol w:w="3600"/>
      </w:tblGrid>
      <w:tr w:rsidR="00CB4267" w14:paraId="607C2F1D"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59E23D6" w14:textId="77777777" w:rsidR="00CB4267" w:rsidRDefault="00000000">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
        </w:tc>
        <w:tc>
          <w:tcPr>
            <w:tcW w:w="3600" w:type="dxa"/>
          </w:tcPr>
          <w:p w14:paraId="0ED18C7B"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午餐</w:t>
            </w:r>
            <w:r>
              <w:rPr>
                <w:rFonts w:ascii="Times New Roman" w:eastAsia="標楷體" w:hAnsi="Times New Roman"/>
                <w:sz w:val="24"/>
                <w:lang w:eastAsia="zh-TW"/>
              </w:rPr>
              <w:t>:</w:t>
            </w:r>
            <w:r>
              <w:rPr>
                <w:rFonts w:ascii="Times New Roman" w:eastAsia="標楷體" w:hAnsi="Times New Roman"/>
                <w:sz w:val="24"/>
                <w:lang w:eastAsia="zh-TW"/>
              </w:rPr>
              <w:t>滋補養生藥膳風味</w:t>
            </w:r>
            <w:r>
              <w:rPr>
                <w:rFonts w:ascii="Times New Roman" w:eastAsia="標楷體" w:hAnsi="Times New Roman"/>
                <w:sz w:val="24"/>
                <w:lang w:eastAsia="zh-TW"/>
              </w:rPr>
              <w:t>RMB60</w:t>
            </w:r>
          </w:p>
        </w:tc>
        <w:tc>
          <w:tcPr>
            <w:tcW w:w="3600" w:type="dxa"/>
          </w:tcPr>
          <w:p w14:paraId="180705F4"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滿族風味饗宴</w:t>
            </w:r>
            <w:r>
              <w:rPr>
                <w:rFonts w:ascii="Times New Roman" w:eastAsia="標楷體" w:hAnsi="Times New Roman"/>
                <w:sz w:val="24"/>
                <w:lang w:eastAsia="zh-TW"/>
              </w:rPr>
              <w:t>RMB80</w:t>
            </w:r>
          </w:p>
        </w:tc>
      </w:tr>
      <w:tr w:rsidR="00CB4267" w14:paraId="03ABCF7E"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172864B2"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:5★</w:t>
            </w:r>
            <w:r>
              <w:rPr>
                <w:rFonts w:ascii="Times New Roman" w:eastAsia="標楷體" w:hAnsi="Times New Roman"/>
                <w:sz w:val="24"/>
                <w:lang w:eastAsia="zh-TW"/>
              </w:rPr>
              <w:t>華美</w:t>
            </w:r>
            <w:proofErr w:type="gramStart"/>
            <w:r>
              <w:rPr>
                <w:rFonts w:ascii="Times New Roman" w:eastAsia="標楷體" w:hAnsi="Times New Roman"/>
                <w:sz w:val="24"/>
                <w:lang w:eastAsia="zh-TW"/>
              </w:rPr>
              <w:t>達紫光苑</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溫德姆大酒店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7143CB8B" w14:textId="77777777" w:rsidR="00CB4267" w:rsidRDefault="00CB4267">
      <w:pPr>
        <w:rPr>
          <w:lang w:eastAsia="zh-TW"/>
        </w:rPr>
      </w:pPr>
    </w:p>
    <w:p w14:paraId="50E48B3B" w14:textId="77777777" w:rsidR="00CB4267" w:rsidRDefault="00000000">
      <w:pPr>
        <w:rPr>
          <w:lang w:eastAsia="zh-TW"/>
        </w:rPr>
      </w:pPr>
      <w:r>
        <w:rPr>
          <w:rFonts w:ascii="Times New Roman" w:eastAsia="標楷體" w:hAnsi="Times New Roman"/>
          <w:b/>
          <w:sz w:val="32"/>
          <w:lang w:eastAsia="zh-TW"/>
        </w:rPr>
        <w:t xml:space="preserve">DAY 4 : </w:t>
      </w:r>
      <w:r>
        <w:rPr>
          <w:rFonts w:ascii="Times New Roman" w:eastAsia="標楷體" w:hAnsi="Times New Roman"/>
          <w:b/>
          <w:sz w:val="32"/>
          <w:lang w:eastAsia="zh-TW"/>
        </w:rPr>
        <w:t>吉林</w:t>
      </w:r>
      <w:proofErr w:type="gramStart"/>
      <w:r>
        <w:rPr>
          <w:rFonts w:ascii="Times New Roman" w:eastAsia="標楷體" w:hAnsi="Times New Roman"/>
          <w:b/>
          <w:sz w:val="32"/>
          <w:lang w:eastAsia="zh-TW"/>
        </w:rPr>
        <w:t>－雪鄉</w:t>
      </w:r>
      <w:proofErr w:type="gramEnd"/>
      <w:r>
        <w:rPr>
          <w:rFonts w:ascii="Times New Roman" w:eastAsia="標楷體" w:hAnsi="Times New Roman"/>
          <w:b/>
          <w:sz w:val="32"/>
          <w:lang w:eastAsia="zh-TW"/>
        </w:rPr>
        <w:t>【觀光棧道、雪韻大街、雪鄉民俗博物館、大石碑合影、雪鄉夜景、篝火晚會</w:t>
      </w:r>
      <w:r>
        <w:rPr>
          <w:rFonts w:ascii="Times New Roman" w:eastAsia="標楷體" w:hAnsi="Times New Roman"/>
          <w:b/>
          <w:sz w:val="32"/>
          <w:lang w:eastAsia="zh-TW"/>
        </w:rPr>
        <w:t>(</w:t>
      </w:r>
      <w:r>
        <w:rPr>
          <w:rFonts w:ascii="Times New Roman" w:eastAsia="標楷體" w:hAnsi="Times New Roman"/>
          <w:b/>
          <w:sz w:val="32"/>
          <w:lang w:eastAsia="zh-TW"/>
        </w:rPr>
        <w:t>視天氣狀況而定</w:t>
      </w:r>
      <w:r>
        <w:rPr>
          <w:rFonts w:ascii="Times New Roman" w:eastAsia="標楷體" w:hAnsi="Times New Roman"/>
          <w:b/>
          <w:sz w:val="32"/>
          <w:lang w:eastAsia="zh-TW"/>
        </w:rPr>
        <w:t>)</w:t>
      </w:r>
      <w:r>
        <w:rPr>
          <w:rFonts w:ascii="Times New Roman" w:eastAsia="標楷體" w:hAnsi="Times New Roman"/>
          <w:b/>
          <w:sz w:val="32"/>
          <w:lang w:eastAsia="zh-TW"/>
        </w:rPr>
        <w:t>】</w:t>
      </w:r>
    </w:p>
    <w:p w14:paraId="6ABE3A76" w14:textId="77777777" w:rsidR="00CB4267" w:rsidRDefault="00000000">
      <w:pPr>
        <w:jc w:val="distribute"/>
      </w:pPr>
      <w:r>
        <w:rPr>
          <w:lang w:eastAsia="zh-TW"/>
        </w:rPr>
        <w:t xml:space="preserve"> </w:t>
      </w:r>
      <w:r>
        <w:rPr>
          <w:noProof/>
        </w:rPr>
        <w:drawing>
          <wp:inline distT="0" distB="0" distL="0" distR="0" wp14:anchorId="663296BC" wp14:editId="3DCD9E23">
            <wp:extent cx="2743200" cy="16136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8"/>
                    <a:stretch>
                      <a:fillRect/>
                    </a:stretch>
                  </pic:blipFill>
                  <pic:spPr>
                    <a:xfrm>
                      <a:off x="0" y="0"/>
                      <a:ext cx="2743200" cy="1613647"/>
                    </a:xfrm>
                    <a:prstGeom prst="rect">
                      <a:avLst/>
                    </a:prstGeom>
                  </pic:spPr>
                </pic:pic>
              </a:graphicData>
            </a:graphic>
          </wp:inline>
        </w:drawing>
      </w:r>
      <w:r>
        <w:rPr>
          <w:noProof/>
        </w:rPr>
        <w:drawing>
          <wp:inline distT="0" distB="0" distL="0" distR="0" wp14:anchorId="14387783" wp14:editId="554DAB6A">
            <wp:extent cx="2743200" cy="16136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9"/>
                    <a:stretch>
                      <a:fillRect/>
                    </a:stretch>
                  </pic:blipFill>
                  <pic:spPr>
                    <a:xfrm>
                      <a:off x="0" y="0"/>
                      <a:ext cx="2743200" cy="1613647"/>
                    </a:xfrm>
                    <a:prstGeom prst="rect">
                      <a:avLst/>
                    </a:prstGeom>
                  </pic:spPr>
                </pic:pic>
              </a:graphicData>
            </a:graphic>
          </wp:inline>
        </w:drawing>
      </w:r>
    </w:p>
    <w:p w14:paraId="1ED5AD84" w14:textId="77777777" w:rsidR="00CB4267" w:rsidRDefault="00000000">
      <w:pPr>
        <w:rPr>
          <w:lang w:eastAsia="zh-TW"/>
        </w:rPr>
      </w:pPr>
      <w:r>
        <w:rPr>
          <w:rFonts w:ascii="Times New Roman" w:eastAsia="標楷體" w:hAnsi="Times New Roman"/>
          <w:sz w:val="24"/>
          <w:lang w:eastAsia="zh-TW"/>
        </w:rPr>
        <w:t>今日我們來到中國</w:t>
      </w:r>
      <w:proofErr w:type="gramStart"/>
      <w:r>
        <w:rPr>
          <w:rFonts w:ascii="Times New Roman" w:eastAsia="標楷體" w:hAnsi="Times New Roman"/>
          <w:sz w:val="24"/>
          <w:lang w:eastAsia="zh-TW"/>
        </w:rPr>
        <w:t>的雪鄉</w:t>
      </w:r>
      <w:proofErr w:type="gramEnd"/>
      <w:r>
        <w:rPr>
          <w:rFonts w:ascii="Times New Roman" w:eastAsia="標楷體" w:hAnsi="Times New Roman"/>
          <w:sz w:val="24"/>
          <w:lang w:eastAsia="zh-TW"/>
        </w:rPr>
        <w:t>，</w:t>
      </w:r>
      <w:proofErr w:type="gramStart"/>
      <w:r>
        <w:rPr>
          <w:rFonts w:ascii="Times New Roman" w:eastAsia="標楷體" w:hAnsi="Times New Roman"/>
          <w:sz w:val="24"/>
          <w:lang w:eastAsia="zh-TW"/>
        </w:rPr>
        <w:t>在雪鄉呼吸</w:t>
      </w:r>
      <w:proofErr w:type="gramEnd"/>
      <w:r>
        <w:rPr>
          <w:rFonts w:ascii="Times New Roman" w:eastAsia="標楷體" w:hAnsi="Times New Roman"/>
          <w:sz w:val="24"/>
          <w:lang w:eastAsia="zh-TW"/>
        </w:rPr>
        <w:t>大自然清新的空氣；觀賞積雪從房檐懸掛到地面形成的獨特</w:t>
      </w:r>
      <w:r>
        <w:rPr>
          <w:rFonts w:ascii="Times New Roman" w:eastAsia="標楷體" w:hAnsi="Times New Roman"/>
          <w:sz w:val="24"/>
          <w:lang w:eastAsia="zh-TW"/>
        </w:rPr>
        <w:t>“</w:t>
      </w:r>
      <w:r>
        <w:rPr>
          <w:rFonts w:ascii="Times New Roman" w:eastAsia="標楷體" w:hAnsi="Times New Roman"/>
          <w:sz w:val="24"/>
          <w:lang w:eastAsia="zh-TW"/>
        </w:rPr>
        <w:t>雪簾</w:t>
      </w:r>
      <w:r>
        <w:rPr>
          <w:rFonts w:ascii="Times New Roman" w:eastAsia="標楷體" w:hAnsi="Times New Roman"/>
          <w:sz w:val="24"/>
          <w:lang w:eastAsia="zh-TW"/>
        </w:rPr>
        <w:t>”</w:t>
      </w:r>
      <w:r>
        <w:rPr>
          <w:rFonts w:ascii="Times New Roman" w:eastAsia="標楷體" w:hAnsi="Times New Roman"/>
          <w:sz w:val="24"/>
          <w:lang w:eastAsia="zh-TW"/>
        </w:rPr>
        <w:t>；</w:t>
      </w:r>
      <w:proofErr w:type="gramStart"/>
      <w:r>
        <w:rPr>
          <w:rFonts w:ascii="Times New Roman" w:eastAsia="標楷體" w:hAnsi="Times New Roman"/>
          <w:sz w:val="24"/>
          <w:lang w:eastAsia="zh-TW"/>
        </w:rPr>
        <w:t>雪鄉處處</w:t>
      </w:r>
      <w:proofErr w:type="gramEnd"/>
      <w:r>
        <w:rPr>
          <w:rFonts w:ascii="Times New Roman" w:eastAsia="標楷體" w:hAnsi="Times New Roman"/>
          <w:sz w:val="24"/>
          <w:lang w:eastAsia="zh-TW"/>
        </w:rPr>
        <w:t>是美景，堆雪人，打雪仗，您可以盡情的進行攝影創作，將</w:t>
      </w:r>
      <w:proofErr w:type="gramStart"/>
      <w:r>
        <w:rPr>
          <w:rFonts w:ascii="Times New Roman" w:eastAsia="標楷體" w:hAnsi="Times New Roman"/>
          <w:sz w:val="24"/>
          <w:lang w:eastAsia="zh-TW"/>
        </w:rPr>
        <w:t>雪鄉的美攝</w:t>
      </w:r>
      <w:proofErr w:type="gramEnd"/>
      <w:r>
        <w:rPr>
          <w:rFonts w:ascii="Times New Roman" w:eastAsia="標楷體" w:hAnsi="Times New Roman"/>
          <w:sz w:val="24"/>
          <w:lang w:eastAsia="zh-TW"/>
        </w:rPr>
        <w:t>入您的相機中，留下美好的回憶，感受</w:t>
      </w:r>
      <w:proofErr w:type="gramStart"/>
      <w:r>
        <w:rPr>
          <w:rFonts w:ascii="Times New Roman" w:eastAsia="標楷體" w:hAnsi="Times New Roman"/>
          <w:sz w:val="24"/>
          <w:lang w:eastAsia="zh-TW"/>
        </w:rPr>
        <w:t>中國醉美雪景</w:t>
      </w:r>
      <w:proofErr w:type="gramEnd"/>
      <w:r>
        <w:rPr>
          <w:rFonts w:ascii="Times New Roman" w:eastAsia="標楷體" w:hAnsi="Times New Roman"/>
          <w:sz w:val="24"/>
          <w:lang w:eastAsia="zh-TW"/>
        </w:rPr>
        <w:t>。</w:t>
      </w:r>
    </w:p>
    <w:p w14:paraId="066E62F8" w14:textId="77777777" w:rsidR="00CB4267" w:rsidRDefault="00000000">
      <w:pPr>
        <w:pStyle w:val="5"/>
        <w:rPr>
          <w:lang w:eastAsia="zh-TW"/>
        </w:rPr>
      </w:pPr>
      <w:proofErr w:type="gramStart"/>
      <w:r>
        <w:rPr>
          <w:rFonts w:ascii="Times New Roman" w:eastAsia="標楷體" w:hAnsi="Times New Roman"/>
          <w:sz w:val="24"/>
          <w:lang w:eastAsia="zh-TW"/>
        </w:rPr>
        <w:lastRenderedPageBreak/>
        <w:t>中國雪鄉</w:t>
      </w:r>
      <w:proofErr w:type="gramEnd"/>
      <w:r>
        <w:rPr>
          <w:rFonts w:ascii="Times New Roman" w:eastAsia="標楷體" w:hAnsi="Times New Roman"/>
          <w:sz w:val="24"/>
          <w:lang w:eastAsia="zh-TW"/>
        </w:rPr>
        <w:br/>
      </w:r>
      <w:r>
        <w:rPr>
          <w:rFonts w:ascii="Times New Roman" w:eastAsia="標楷體" w:hAnsi="Times New Roman"/>
          <w:sz w:val="24"/>
          <w:lang w:eastAsia="zh-TW"/>
        </w:rPr>
        <w:t>雙</w:t>
      </w:r>
      <w:proofErr w:type="gramStart"/>
      <w:r>
        <w:rPr>
          <w:rFonts w:ascii="Times New Roman" w:eastAsia="標楷體" w:hAnsi="Times New Roman"/>
          <w:sz w:val="24"/>
          <w:lang w:eastAsia="zh-TW"/>
        </w:rPr>
        <w:t>峰雪鄉被</w:t>
      </w:r>
      <w:proofErr w:type="gramEnd"/>
      <w:r>
        <w:rPr>
          <w:rFonts w:ascii="Times New Roman" w:eastAsia="標楷體" w:hAnsi="Times New Roman"/>
          <w:sz w:val="24"/>
          <w:lang w:eastAsia="zh-TW"/>
        </w:rPr>
        <w:t>譽為</w:t>
      </w:r>
      <w:proofErr w:type="gramStart"/>
      <w:r>
        <w:rPr>
          <w:rFonts w:ascii="Times New Roman" w:eastAsia="標楷體" w:hAnsi="Times New Roman"/>
          <w:sz w:val="24"/>
          <w:lang w:eastAsia="zh-TW"/>
        </w:rPr>
        <w:t>中國雪鄉</w:t>
      </w:r>
      <w:proofErr w:type="gramEnd"/>
      <w:r>
        <w:rPr>
          <w:rFonts w:ascii="Times New Roman" w:eastAsia="標楷體" w:hAnsi="Times New Roman"/>
          <w:sz w:val="24"/>
          <w:lang w:eastAsia="zh-TW"/>
        </w:rPr>
        <w:t>，也是全中國大陸降雪最大的地區，</w:t>
      </w:r>
      <w:proofErr w:type="gramStart"/>
      <w:r>
        <w:rPr>
          <w:rFonts w:ascii="Times New Roman" w:eastAsia="標楷體" w:hAnsi="Times New Roman"/>
          <w:sz w:val="24"/>
          <w:lang w:eastAsia="zh-TW"/>
        </w:rPr>
        <w:t>雪鄉景色</w:t>
      </w:r>
      <w:proofErr w:type="gramEnd"/>
      <w:r>
        <w:rPr>
          <w:rFonts w:ascii="Times New Roman" w:eastAsia="標楷體" w:hAnsi="Times New Roman"/>
          <w:sz w:val="24"/>
          <w:lang w:eastAsia="zh-TW"/>
        </w:rPr>
        <w:t>秀美、民風淳樸，</w:t>
      </w:r>
      <w:proofErr w:type="gramStart"/>
      <w:r>
        <w:rPr>
          <w:rFonts w:ascii="Times New Roman" w:eastAsia="標楷體" w:hAnsi="Times New Roman"/>
          <w:sz w:val="24"/>
          <w:lang w:eastAsia="zh-TW"/>
        </w:rPr>
        <w:t>雪質好</w:t>
      </w:r>
      <w:proofErr w:type="gramEnd"/>
      <w:r>
        <w:rPr>
          <w:rFonts w:ascii="Times New Roman" w:eastAsia="標楷體" w:hAnsi="Times New Roman"/>
          <w:sz w:val="24"/>
          <w:lang w:eastAsia="zh-TW"/>
        </w:rPr>
        <w:t>、粘度高，形成了獨特的「</w:t>
      </w:r>
      <w:proofErr w:type="gramStart"/>
      <w:r>
        <w:rPr>
          <w:rFonts w:ascii="Times New Roman" w:eastAsia="標楷體" w:hAnsi="Times New Roman"/>
          <w:sz w:val="24"/>
          <w:lang w:eastAsia="zh-TW"/>
        </w:rPr>
        <w:t>雪簾」</w:t>
      </w:r>
      <w:proofErr w:type="gramEnd"/>
      <w:r>
        <w:rPr>
          <w:rFonts w:ascii="Times New Roman" w:eastAsia="標楷體" w:hAnsi="Times New Roman"/>
          <w:sz w:val="24"/>
          <w:lang w:eastAsia="zh-TW"/>
        </w:rPr>
        <w:t>、樹掛，無論是白天還是晚上，風景幻化無窮，格外迷人，是冬季的度假勝地。大型親子秀《爸爸去哪兒》在這裡拍攝</w:t>
      </w:r>
      <w:proofErr w:type="gramStart"/>
      <w:r>
        <w:rPr>
          <w:rFonts w:ascii="Times New Roman" w:eastAsia="標楷體" w:hAnsi="Times New Roman"/>
          <w:sz w:val="24"/>
          <w:lang w:eastAsia="zh-TW"/>
        </w:rPr>
        <w:t>后</w:t>
      </w:r>
      <w:proofErr w:type="gramEnd"/>
      <w:r>
        <w:rPr>
          <w:rFonts w:ascii="Times New Roman" w:eastAsia="標楷體" w:hAnsi="Times New Roman"/>
          <w:sz w:val="24"/>
          <w:lang w:eastAsia="zh-TW"/>
        </w:rPr>
        <w:t>，</w:t>
      </w:r>
      <w:proofErr w:type="gramStart"/>
      <w:r>
        <w:rPr>
          <w:rFonts w:ascii="Times New Roman" w:eastAsia="標楷體" w:hAnsi="Times New Roman"/>
          <w:sz w:val="24"/>
          <w:lang w:eastAsia="zh-TW"/>
        </w:rPr>
        <w:t>雪鄉也</w:t>
      </w:r>
      <w:proofErr w:type="gramEnd"/>
      <w:r>
        <w:rPr>
          <w:rFonts w:ascii="Times New Roman" w:eastAsia="標楷體" w:hAnsi="Times New Roman"/>
          <w:sz w:val="24"/>
          <w:lang w:eastAsia="zh-TW"/>
        </w:rPr>
        <w:t>更為人們所熟知，成為每年冬季旅遊的熱門地。</w:t>
      </w:r>
      <w:r>
        <w:rPr>
          <w:rFonts w:ascii="Times New Roman" w:eastAsia="標楷體" w:hAnsi="Times New Roman"/>
          <w:sz w:val="24"/>
          <w:lang w:eastAsia="zh-TW"/>
        </w:rPr>
        <w:br/>
      </w:r>
      <w:proofErr w:type="gramStart"/>
      <w:r>
        <w:rPr>
          <w:rFonts w:ascii="Times New Roman" w:eastAsia="標楷體" w:hAnsi="Times New Roman"/>
          <w:sz w:val="24"/>
          <w:lang w:eastAsia="zh-TW"/>
        </w:rPr>
        <w:t>註</w:t>
      </w:r>
      <w:proofErr w:type="gramEnd"/>
      <w:r>
        <w:rPr>
          <w:rFonts w:ascii="Times New Roman" w:eastAsia="標楷體" w:hAnsi="Times New Roman"/>
          <w:sz w:val="24"/>
          <w:lang w:eastAsia="zh-TW"/>
        </w:rPr>
        <w:t>：</w:t>
      </w:r>
      <w:proofErr w:type="gramStart"/>
      <w:r>
        <w:rPr>
          <w:rFonts w:ascii="Times New Roman" w:eastAsia="標楷體" w:hAnsi="Times New Roman"/>
          <w:sz w:val="24"/>
          <w:lang w:eastAsia="zh-TW"/>
        </w:rPr>
        <w:t>進入雪鄉需要</w:t>
      </w:r>
      <w:proofErr w:type="gramEnd"/>
      <w:r>
        <w:rPr>
          <w:rFonts w:ascii="Times New Roman" w:eastAsia="標楷體" w:hAnsi="Times New Roman"/>
          <w:sz w:val="24"/>
          <w:lang w:eastAsia="zh-TW"/>
        </w:rPr>
        <w:t>乘坐接駁車，建議把大行李放在旅遊車內，攜帶隨身包包準備一日換洗衣物前往。</w:t>
      </w:r>
    </w:p>
    <w:p w14:paraId="53D7788B" w14:textId="77777777" w:rsidR="00CB4267" w:rsidRDefault="00000000">
      <w:pPr>
        <w:pStyle w:val="5"/>
        <w:rPr>
          <w:lang w:eastAsia="zh-TW"/>
        </w:rPr>
      </w:pPr>
      <w:r>
        <w:rPr>
          <w:rFonts w:ascii="Times New Roman" w:eastAsia="標楷體" w:hAnsi="Times New Roman"/>
          <w:sz w:val="24"/>
          <w:lang w:eastAsia="zh-TW"/>
        </w:rPr>
        <w:t>觀光棧道</w:t>
      </w:r>
      <w:r>
        <w:rPr>
          <w:rFonts w:ascii="Times New Roman" w:eastAsia="標楷體" w:hAnsi="Times New Roman"/>
          <w:sz w:val="24"/>
          <w:lang w:eastAsia="zh-TW"/>
        </w:rPr>
        <w:br/>
      </w:r>
      <w:r>
        <w:rPr>
          <w:rFonts w:ascii="Times New Roman" w:eastAsia="標楷體" w:hAnsi="Times New Roman"/>
          <w:sz w:val="24"/>
          <w:lang w:eastAsia="zh-TW"/>
        </w:rPr>
        <w:t>全長約</w:t>
      </w:r>
      <w:r>
        <w:rPr>
          <w:rFonts w:ascii="Times New Roman" w:eastAsia="標楷體" w:hAnsi="Times New Roman"/>
          <w:sz w:val="24"/>
          <w:lang w:eastAsia="zh-TW"/>
        </w:rPr>
        <w:t>3200</w:t>
      </w:r>
      <w:r>
        <w:rPr>
          <w:rFonts w:ascii="Times New Roman" w:eastAsia="標楷體" w:hAnsi="Times New Roman"/>
          <w:sz w:val="24"/>
          <w:lang w:eastAsia="zh-TW"/>
        </w:rPr>
        <w:t>公尺，整個棧道為木質結構，來到觀光棧道，能欣賞</w:t>
      </w:r>
      <w:proofErr w:type="gramStart"/>
      <w:r>
        <w:rPr>
          <w:rFonts w:ascii="Times New Roman" w:eastAsia="標楷體" w:hAnsi="Times New Roman"/>
          <w:sz w:val="24"/>
          <w:lang w:eastAsia="zh-TW"/>
        </w:rPr>
        <w:t>到雪鄉的</w:t>
      </w:r>
      <w:proofErr w:type="gramEnd"/>
      <w:r>
        <w:rPr>
          <w:rFonts w:ascii="Times New Roman" w:eastAsia="標楷體" w:hAnsi="Times New Roman"/>
          <w:sz w:val="24"/>
          <w:lang w:eastAsia="zh-TW"/>
        </w:rPr>
        <w:t>全貌，仿佛走進了</w:t>
      </w:r>
      <w:r>
        <w:rPr>
          <w:rFonts w:ascii="Times New Roman" w:eastAsia="標楷體" w:hAnsi="Times New Roman"/>
          <w:sz w:val="24"/>
          <w:lang w:eastAsia="zh-TW"/>
        </w:rPr>
        <w:t>“</w:t>
      </w:r>
      <w:r>
        <w:rPr>
          <w:rFonts w:ascii="Times New Roman" w:eastAsia="標楷體" w:hAnsi="Times New Roman"/>
          <w:sz w:val="24"/>
          <w:lang w:eastAsia="zh-TW"/>
        </w:rPr>
        <w:t>白雪公主與小矮人</w:t>
      </w:r>
      <w:r>
        <w:rPr>
          <w:rFonts w:ascii="Times New Roman" w:eastAsia="標楷體" w:hAnsi="Times New Roman"/>
          <w:sz w:val="24"/>
          <w:lang w:eastAsia="zh-TW"/>
        </w:rPr>
        <w:t>”</w:t>
      </w:r>
      <w:r>
        <w:rPr>
          <w:rFonts w:ascii="Times New Roman" w:eastAsia="標楷體" w:hAnsi="Times New Roman"/>
          <w:sz w:val="24"/>
          <w:lang w:eastAsia="zh-TW"/>
        </w:rPr>
        <w:t>的童話世界。夜色下，潔白無瑕的白雪在院中高高掛起的紅燈映照下，泛著金紅色的光芒，顯得格外喜慶，空氣中彌漫開來濃厚的年味。</w:t>
      </w:r>
    </w:p>
    <w:p w14:paraId="0C384C08" w14:textId="77777777" w:rsidR="00CB4267" w:rsidRDefault="00000000">
      <w:pPr>
        <w:pStyle w:val="5"/>
        <w:rPr>
          <w:lang w:eastAsia="zh-TW"/>
        </w:rPr>
      </w:pPr>
      <w:proofErr w:type="gramStart"/>
      <w:r>
        <w:rPr>
          <w:rFonts w:ascii="Times New Roman" w:eastAsia="標楷體" w:hAnsi="Times New Roman"/>
          <w:sz w:val="24"/>
          <w:lang w:eastAsia="zh-TW"/>
        </w:rPr>
        <w:t>雪韻大街</w:t>
      </w:r>
      <w:proofErr w:type="gramEnd"/>
      <w:r>
        <w:rPr>
          <w:rFonts w:ascii="Times New Roman" w:eastAsia="標楷體" w:hAnsi="Times New Roman"/>
          <w:sz w:val="24"/>
          <w:lang w:eastAsia="zh-TW"/>
        </w:rPr>
        <w:br/>
      </w:r>
      <w:proofErr w:type="gramStart"/>
      <w:r>
        <w:rPr>
          <w:rFonts w:ascii="Times New Roman" w:eastAsia="標楷體" w:hAnsi="Times New Roman"/>
          <w:sz w:val="24"/>
          <w:lang w:eastAsia="zh-TW"/>
        </w:rPr>
        <w:t>是雪鄉的</w:t>
      </w:r>
      <w:proofErr w:type="gramEnd"/>
      <w:r>
        <w:rPr>
          <w:rFonts w:ascii="Times New Roman" w:eastAsia="標楷體" w:hAnsi="Times New Roman"/>
          <w:sz w:val="24"/>
          <w:lang w:eastAsia="zh-TW"/>
        </w:rPr>
        <w:t>主幹道，</w:t>
      </w:r>
      <w:proofErr w:type="gramStart"/>
      <w:r>
        <w:rPr>
          <w:rFonts w:ascii="Times New Roman" w:eastAsia="標楷體" w:hAnsi="Times New Roman"/>
          <w:sz w:val="24"/>
          <w:lang w:eastAsia="zh-TW"/>
        </w:rPr>
        <w:t>是雪鄉最</w:t>
      </w:r>
      <w:proofErr w:type="gramEnd"/>
      <w:r>
        <w:rPr>
          <w:rFonts w:ascii="Times New Roman" w:eastAsia="標楷體" w:hAnsi="Times New Roman"/>
          <w:sz w:val="24"/>
          <w:lang w:eastAsia="zh-TW"/>
        </w:rPr>
        <w:t>熱鬧的街道，冬季晚上的夜景很美。這條不過</w:t>
      </w:r>
      <w:r>
        <w:rPr>
          <w:rFonts w:ascii="Times New Roman" w:eastAsia="標楷體" w:hAnsi="Times New Roman"/>
          <w:sz w:val="24"/>
          <w:lang w:eastAsia="zh-TW"/>
        </w:rPr>
        <w:t>500</w:t>
      </w:r>
      <w:r>
        <w:rPr>
          <w:rFonts w:ascii="Times New Roman" w:eastAsia="標楷體" w:hAnsi="Times New Roman"/>
          <w:sz w:val="24"/>
          <w:lang w:eastAsia="zh-TW"/>
        </w:rPr>
        <w:t>米長的街道兩側開著各種商店、旅館，也能看到不少</w:t>
      </w:r>
      <w:proofErr w:type="gramStart"/>
      <w:r>
        <w:rPr>
          <w:rFonts w:ascii="Times New Roman" w:eastAsia="標楷體" w:hAnsi="Times New Roman"/>
          <w:sz w:val="24"/>
          <w:lang w:eastAsia="zh-TW"/>
        </w:rPr>
        <w:t>餐館和擺在</w:t>
      </w:r>
      <w:proofErr w:type="gramEnd"/>
      <w:r>
        <w:rPr>
          <w:rFonts w:ascii="Times New Roman" w:eastAsia="標楷體" w:hAnsi="Times New Roman"/>
          <w:sz w:val="24"/>
          <w:lang w:eastAsia="zh-TW"/>
        </w:rPr>
        <w:t>路邊的小攤，雪鄉</w:t>
      </w:r>
      <w:proofErr w:type="gramStart"/>
      <w:r>
        <w:rPr>
          <w:rFonts w:ascii="Times New Roman" w:eastAsia="標楷體" w:hAnsi="Times New Roman"/>
          <w:sz w:val="24"/>
          <w:lang w:eastAsia="zh-TW"/>
        </w:rPr>
        <w:t>游</w:t>
      </w:r>
      <w:proofErr w:type="gramEnd"/>
      <w:r>
        <w:rPr>
          <w:rFonts w:ascii="Times New Roman" w:eastAsia="標楷體" w:hAnsi="Times New Roman"/>
          <w:sz w:val="24"/>
          <w:lang w:eastAsia="zh-TW"/>
        </w:rPr>
        <w:t>客中心以及</w:t>
      </w:r>
      <w:proofErr w:type="gramStart"/>
      <w:r>
        <w:rPr>
          <w:rFonts w:ascii="Times New Roman" w:eastAsia="標楷體" w:hAnsi="Times New Roman"/>
          <w:sz w:val="24"/>
          <w:lang w:eastAsia="zh-TW"/>
        </w:rPr>
        <w:t>人氣景點</w:t>
      </w:r>
      <w:proofErr w:type="gramEnd"/>
      <w:r>
        <w:rPr>
          <w:rFonts w:ascii="Times New Roman" w:eastAsia="標楷體" w:hAnsi="Times New Roman"/>
          <w:sz w:val="24"/>
          <w:lang w:eastAsia="zh-TW"/>
        </w:rPr>
        <w:t>夢幻家園也坐落在這條街上。</w:t>
      </w:r>
      <w:proofErr w:type="gramStart"/>
      <w:r>
        <w:rPr>
          <w:rFonts w:ascii="Times New Roman" w:eastAsia="標楷體" w:hAnsi="Times New Roman"/>
          <w:sz w:val="24"/>
          <w:lang w:eastAsia="zh-TW"/>
        </w:rPr>
        <w:t>雪韻大街</w:t>
      </w:r>
      <w:proofErr w:type="gramEnd"/>
      <w:r>
        <w:rPr>
          <w:rFonts w:ascii="Times New Roman" w:eastAsia="標楷體" w:hAnsi="Times New Roman"/>
          <w:sz w:val="24"/>
          <w:lang w:eastAsia="zh-TW"/>
        </w:rPr>
        <w:t>最早是林場的森林小火車站，如今成</w:t>
      </w:r>
      <w:proofErr w:type="gramStart"/>
      <w:r>
        <w:rPr>
          <w:rFonts w:ascii="Times New Roman" w:eastAsia="標楷體" w:hAnsi="Times New Roman"/>
          <w:sz w:val="24"/>
          <w:lang w:eastAsia="zh-TW"/>
        </w:rPr>
        <w:t>了雪鄉的</w:t>
      </w:r>
      <w:proofErr w:type="gramEnd"/>
      <w:r>
        <w:rPr>
          <w:rFonts w:ascii="Times New Roman" w:eastAsia="標楷體" w:hAnsi="Times New Roman"/>
          <w:sz w:val="24"/>
          <w:lang w:eastAsia="zh-TW"/>
        </w:rPr>
        <w:t>商業街，在旅遊旺季的夜晚，街道上</w:t>
      </w:r>
      <w:proofErr w:type="gramStart"/>
      <w:r>
        <w:rPr>
          <w:rFonts w:ascii="Times New Roman" w:eastAsia="標楷體" w:hAnsi="Times New Roman"/>
          <w:sz w:val="24"/>
          <w:lang w:eastAsia="zh-TW"/>
        </w:rPr>
        <w:t>燈籠齊明</w:t>
      </w:r>
      <w:proofErr w:type="gramEnd"/>
      <w:r>
        <w:rPr>
          <w:rFonts w:ascii="Times New Roman" w:eastAsia="標楷體" w:hAnsi="Times New Roman"/>
          <w:sz w:val="24"/>
          <w:lang w:eastAsia="zh-TW"/>
        </w:rPr>
        <w:t>、遊客成群，儼然一派繁華的景象。夜景尤為美麗，淳樸</w:t>
      </w:r>
      <w:proofErr w:type="gramStart"/>
      <w:r>
        <w:rPr>
          <w:rFonts w:ascii="Times New Roman" w:eastAsia="標楷體" w:hAnsi="Times New Roman"/>
          <w:sz w:val="24"/>
          <w:lang w:eastAsia="zh-TW"/>
        </w:rPr>
        <w:t>的雪鄉人</w:t>
      </w:r>
      <w:proofErr w:type="gramEnd"/>
      <w:r>
        <w:rPr>
          <w:rFonts w:ascii="Times New Roman" w:eastAsia="標楷體" w:hAnsi="Times New Roman"/>
          <w:sz w:val="24"/>
          <w:lang w:eastAsia="zh-TW"/>
        </w:rPr>
        <w:t>在自家掛起大紅燈籠，潔白如玉的白雪在大紅燈籠的照耀下，宛如天上的朵</w:t>
      </w:r>
      <w:proofErr w:type="gramStart"/>
      <w:r>
        <w:rPr>
          <w:rFonts w:ascii="Times New Roman" w:eastAsia="標楷體" w:hAnsi="Times New Roman"/>
          <w:sz w:val="24"/>
          <w:lang w:eastAsia="zh-TW"/>
        </w:rPr>
        <w:t>朵</w:t>
      </w:r>
      <w:proofErr w:type="gramEnd"/>
      <w:r>
        <w:rPr>
          <w:rFonts w:ascii="Times New Roman" w:eastAsia="標楷體" w:hAnsi="Times New Roman"/>
          <w:sz w:val="24"/>
          <w:lang w:eastAsia="zh-TW"/>
        </w:rPr>
        <w:t>白雲飄落人間，幻化無窮。</w:t>
      </w:r>
    </w:p>
    <w:p w14:paraId="66C99915" w14:textId="77777777" w:rsidR="00CB4267" w:rsidRDefault="00000000">
      <w:pPr>
        <w:pStyle w:val="5"/>
        <w:rPr>
          <w:lang w:eastAsia="zh-TW"/>
        </w:rPr>
      </w:pPr>
      <w:proofErr w:type="gramStart"/>
      <w:r>
        <w:rPr>
          <w:rFonts w:ascii="Times New Roman" w:eastAsia="標楷體" w:hAnsi="Times New Roman"/>
          <w:sz w:val="24"/>
          <w:lang w:eastAsia="zh-TW"/>
        </w:rPr>
        <w:t>雪鄉民俗</w:t>
      </w:r>
      <w:proofErr w:type="gramEnd"/>
      <w:r>
        <w:rPr>
          <w:rFonts w:ascii="Times New Roman" w:eastAsia="標楷體" w:hAnsi="Times New Roman"/>
          <w:sz w:val="24"/>
          <w:lang w:eastAsia="zh-TW"/>
        </w:rPr>
        <w:t>博物館</w:t>
      </w:r>
      <w:r>
        <w:rPr>
          <w:rFonts w:ascii="Times New Roman" w:eastAsia="標楷體" w:hAnsi="Times New Roman"/>
          <w:sz w:val="24"/>
          <w:lang w:eastAsia="zh-TW"/>
        </w:rPr>
        <w:br/>
      </w:r>
      <w:r>
        <w:rPr>
          <w:rFonts w:ascii="Times New Roman" w:eastAsia="標楷體" w:hAnsi="Times New Roman"/>
          <w:sz w:val="24"/>
          <w:lang w:eastAsia="zh-TW"/>
        </w:rPr>
        <w:t>博物館內展品為民間物品及</w:t>
      </w:r>
      <w:proofErr w:type="gramStart"/>
      <w:r>
        <w:rPr>
          <w:rFonts w:ascii="Times New Roman" w:eastAsia="標楷體" w:hAnsi="Times New Roman"/>
          <w:sz w:val="24"/>
          <w:lang w:eastAsia="zh-TW"/>
        </w:rPr>
        <w:t>具有雪鄉特色</w:t>
      </w:r>
      <w:proofErr w:type="gramEnd"/>
      <w:r>
        <w:rPr>
          <w:rFonts w:ascii="Times New Roman" w:eastAsia="標楷體" w:hAnsi="Times New Roman"/>
          <w:sz w:val="24"/>
          <w:lang w:eastAsia="zh-TW"/>
        </w:rPr>
        <w:t>的書畫、圖片、紀念品等文化產品，記錄</w:t>
      </w:r>
      <w:proofErr w:type="gramStart"/>
      <w:r>
        <w:rPr>
          <w:rFonts w:ascii="Times New Roman" w:eastAsia="標楷體" w:hAnsi="Times New Roman"/>
          <w:sz w:val="24"/>
          <w:lang w:eastAsia="zh-TW"/>
        </w:rPr>
        <w:t>著雪鄉的</w:t>
      </w:r>
      <w:proofErr w:type="gramEnd"/>
      <w:r>
        <w:rPr>
          <w:rFonts w:ascii="Times New Roman" w:eastAsia="標楷體" w:hAnsi="Times New Roman"/>
          <w:sz w:val="24"/>
          <w:lang w:eastAsia="zh-TW"/>
        </w:rPr>
        <w:t>發展和變遷，綜合展示了地域特色和習俗文化。</w:t>
      </w:r>
    </w:p>
    <w:p w14:paraId="5F02B416" w14:textId="77777777" w:rsidR="00CB4267" w:rsidRDefault="00000000">
      <w:pPr>
        <w:pStyle w:val="5"/>
        <w:rPr>
          <w:lang w:eastAsia="zh-TW"/>
        </w:rPr>
      </w:pPr>
      <w:proofErr w:type="gramStart"/>
      <w:r>
        <w:rPr>
          <w:rFonts w:ascii="Times New Roman" w:eastAsia="標楷體" w:hAnsi="Times New Roman"/>
          <w:sz w:val="24"/>
          <w:lang w:eastAsia="zh-TW"/>
        </w:rPr>
        <w:t>雪鄉夜景</w:t>
      </w:r>
      <w:proofErr w:type="gramEnd"/>
      <w:r>
        <w:rPr>
          <w:rFonts w:ascii="Times New Roman" w:eastAsia="標楷體" w:hAnsi="Times New Roman"/>
          <w:sz w:val="24"/>
          <w:lang w:eastAsia="zh-TW"/>
        </w:rPr>
        <w:br/>
      </w:r>
      <w:r>
        <w:rPr>
          <w:rFonts w:ascii="Times New Roman" w:eastAsia="標楷體" w:hAnsi="Times New Roman"/>
          <w:sz w:val="24"/>
          <w:lang w:eastAsia="zh-TW"/>
        </w:rPr>
        <w:t>層層疊疊</w:t>
      </w:r>
      <w:proofErr w:type="gramStart"/>
      <w:r>
        <w:rPr>
          <w:rFonts w:ascii="Times New Roman" w:eastAsia="標楷體" w:hAnsi="Times New Roman"/>
          <w:sz w:val="24"/>
          <w:lang w:eastAsia="zh-TW"/>
        </w:rPr>
        <w:t>的雪型</w:t>
      </w:r>
      <w:proofErr w:type="gramEnd"/>
      <w:r>
        <w:rPr>
          <w:rFonts w:ascii="Times New Roman" w:eastAsia="標楷體" w:hAnsi="Times New Roman"/>
          <w:sz w:val="24"/>
          <w:lang w:eastAsia="zh-TW"/>
        </w:rPr>
        <w:t>，在陽光下、霓虹中，呈現幾何與流線交織的美感，讓遊人迷醉在似夢似真的童話世界裡，零距離體驗</w:t>
      </w:r>
      <w:r>
        <w:rPr>
          <w:rFonts w:ascii="Times New Roman" w:eastAsia="標楷體" w:hAnsi="Times New Roman"/>
          <w:sz w:val="24"/>
          <w:lang w:eastAsia="zh-TW"/>
        </w:rPr>
        <w:t>“</w:t>
      </w:r>
      <w:r>
        <w:rPr>
          <w:rFonts w:ascii="Times New Roman" w:eastAsia="標楷體" w:hAnsi="Times New Roman"/>
          <w:sz w:val="24"/>
          <w:lang w:eastAsia="zh-TW"/>
        </w:rPr>
        <w:t>蘑菇城堡</w:t>
      </w:r>
      <w:r>
        <w:rPr>
          <w:rFonts w:ascii="Times New Roman" w:eastAsia="標楷體" w:hAnsi="Times New Roman"/>
          <w:sz w:val="24"/>
          <w:lang w:eastAsia="zh-TW"/>
        </w:rPr>
        <w:t>”</w:t>
      </w:r>
      <w:r>
        <w:rPr>
          <w:rFonts w:ascii="Times New Roman" w:eastAsia="標楷體" w:hAnsi="Times New Roman"/>
          <w:sz w:val="24"/>
          <w:lang w:eastAsia="zh-TW"/>
        </w:rPr>
        <w:t>童話世界。</w:t>
      </w:r>
    </w:p>
    <w:p w14:paraId="05C39AB2" w14:textId="77777777" w:rsidR="00CB4267" w:rsidRDefault="00000000">
      <w:pPr>
        <w:pStyle w:val="5"/>
        <w:rPr>
          <w:lang w:eastAsia="zh-TW"/>
        </w:rPr>
      </w:pPr>
      <w:proofErr w:type="gramStart"/>
      <w:r>
        <w:rPr>
          <w:rFonts w:ascii="Times New Roman" w:eastAsia="標楷體" w:hAnsi="Times New Roman"/>
          <w:sz w:val="24"/>
          <w:lang w:eastAsia="zh-TW"/>
        </w:rPr>
        <w:t>雪鄉大</w:t>
      </w:r>
      <w:proofErr w:type="gramEnd"/>
      <w:r>
        <w:rPr>
          <w:rFonts w:ascii="Times New Roman" w:eastAsia="標楷體" w:hAnsi="Times New Roman"/>
          <w:sz w:val="24"/>
          <w:lang w:eastAsia="zh-TW"/>
        </w:rPr>
        <w:t>石碑留影</w:t>
      </w:r>
      <w:r>
        <w:rPr>
          <w:rFonts w:ascii="Times New Roman" w:eastAsia="標楷體" w:hAnsi="Times New Roman"/>
          <w:sz w:val="24"/>
          <w:lang w:eastAsia="zh-TW"/>
        </w:rPr>
        <w:br/>
      </w:r>
      <w:proofErr w:type="gramStart"/>
      <w:r>
        <w:rPr>
          <w:rFonts w:ascii="Times New Roman" w:eastAsia="標楷體" w:hAnsi="Times New Roman"/>
          <w:sz w:val="24"/>
          <w:lang w:eastAsia="zh-TW"/>
        </w:rPr>
        <w:t>做為雪鄉標誌</w:t>
      </w:r>
      <w:proofErr w:type="gramEnd"/>
      <w:r>
        <w:rPr>
          <w:rFonts w:ascii="Times New Roman" w:eastAsia="標楷體" w:hAnsi="Times New Roman"/>
          <w:sz w:val="24"/>
          <w:lang w:eastAsia="zh-TW"/>
        </w:rPr>
        <w:t>性建築的大石碑，離開之前一定要來這裡網美打卡留影一下。</w:t>
      </w:r>
      <w:r>
        <w:rPr>
          <w:rFonts w:ascii="Times New Roman" w:eastAsia="標楷體" w:hAnsi="Times New Roman"/>
          <w:sz w:val="24"/>
          <w:lang w:eastAsia="zh-TW"/>
        </w:rPr>
        <w:br/>
      </w:r>
      <w:r>
        <w:rPr>
          <w:rFonts w:ascii="Times New Roman" w:eastAsia="標楷體" w:hAnsi="Times New Roman"/>
          <w:sz w:val="24"/>
          <w:lang w:eastAsia="zh-TW"/>
        </w:rPr>
        <w:t>【行車距離】</w:t>
      </w:r>
      <w:proofErr w:type="gramStart"/>
      <w:r>
        <w:rPr>
          <w:rFonts w:ascii="Times New Roman" w:eastAsia="標楷體" w:hAnsi="Times New Roman"/>
          <w:sz w:val="24"/>
          <w:lang w:eastAsia="zh-TW"/>
        </w:rPr>
        <w:t>吉林－約</w:t>
      </w:r>
      <w:proofErr w:type="gramEnd"/>
      <w:r>
        <w:rPr>
          <w:rFonts w:ascii="Times New Roman" w:eastAsia="標楷體" w:hAnsi="Times New Roman"/>
          <w:sz w:val="24"/>
          <w:lang w:eastAsia="zh-TW"/>
        </w:rPr>
        <w:t>4HR</w:t>
      </w:r>
      <w:r>
        <w:rPr>
          <w:rFonts w:ascii="Times New Roman" w:eastAsia="標楷體" w:hAnsi="Times New Roman"/>
          <w:sz w:val="24"/>
          <w:lang w:eastAsia="zh-TW"/>
        </w:rPr>
        <w:t>雪鄉</w:t>
      </w:r>
    </w:p>
    <w:tbl>
      <w:tblPr>
        <w:tblStyle w:val="-1"/>
        <w:tblW w:w="0" w:type="auto"/>
        <w:tblLook w:val="04A0" w:firstRow="1" w:lastRow="0" w:firstColumn="1" w:lastColumn="0" w:noHBand="0" w:noVBand="1"/>
      </w:tblPr>
      <w:tblGrid>
        <w:gridCol w:w="3600"/>
        <w:gridCol w:w="3600"/>
        <w:gridCol w:w="3600"/>
      </w:tblGrid>
      <w:tr w:rsidR="00CB4267" w14:paraId="71E9D29D"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C1244F4" w14:textId="77777777" w:rsidR="00CB4267" w:rsidRDefault="00000000">
            <w:proofErr w:type="spellStart"/>
            <w:proofErr w:type="gramStart"/>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roofErr w:type="spellEnd"/>
            <w:proofErr w:type="gramEnd"/>
          </w:p>
        </w:tc>
        <w:tc>
          <w:tcPr>
            <w:tcW w:w="3600" w:type="dxa"/>
          </w:tcPr>
          <w:p w14:paraId="23EC1783"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w:t>
            </w:r>
            <w:r>
              <w:rPr>
                <w:rFonts w:ascii="Times New Roman" w:eastAsia="標楷體" w:hAnsi="Times New Roman"/>
                <w:sz w:val="24"/>
              </w:rPr>
              <w:t>合菜饗宴</w:t>
            </w:r>
            <w:r>
              <w:rPr>
                <w:rFonts w:ascii="Times New Roman" w:eastAsia="標楷體" w:hAnsi="Times New Roman"/>
                <w:sz w:val="24"/>
              </w:rPr>
              <w:t>RMB60</w:t>
            </w:r>
          </w:p>
        </w:tc>
        <w:tc>
          <w:tcPr>
            <w:tcW w:w="3600" w:type="dxa"/>
          </w:tcPr>
          <w:p w14:paraId="334ED262"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proofErr w:type="gramStart"/>
            <w:r>
              <w:rPr>
                <w:rFonts w:ascii="Times New Roman" w:eastAsia="標楷體" w:hAnsi="Times New Roman"/>
                <w:sz w:val="24"/>
                <w:lang w:eastAsia="zh-TW"/>
              </w:rPr>
              <w:t>雪鄉農</w:t>
            </w:r>
            <w:proofErr w:type="gramEnd"/>
            <w:r>
              <w:rPr>
                <w:rFonts w:ascii="Times New Roman" w:eastAsia="標楷體" w:hAnsi="Times New Roman"/>
                <w:sz w:val="24"/>
                <w:lang w:eastAsia="zh-TW"/>
              </w:rPr>
              <w:t>家宴</w:t>
            </w:r>
            <w:r>
              <w:rPr>
                <w:rFonts w:ascii="Times New Roman" w:eastAsia="標楷體" w:hAnsi="Times New Roman"/>
                <w:sz w:val="24"/>
                <w:lang w:eastAsia="zh-TW"/>
              </w:rPr>
              <w:t>RMB80</w:t>
            </w:r>
          </w:p>
        </w:tc>
      </w:tr>
      <w:tr w:rsidR="00CB4267" w14:paraId="20CE70E0"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3241C925"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r>
              <w:rPr>
                <w:rFonts w:ascii="Times New Roman" w:eastAsia="標楷體" w:hAnsi="Times New Roman"/>
                <w:sz w:val="24"/>
                <w:lang w:eastAsia="zh-TW"/>
              </w:rPr>
              <w:t>雪鄉民</w:t>
            </w:r>
            <w:proofErr w:type="gramStart"/>
            <w:r>
              <w:rPr>
                <w:rFonts w:ascii="Times New Roman" w:eastAsia="標楷體" w:hAnsi="Times New Roman"/>
                <w:sz w:val="24"/>
                <w:lang w:eastAsia="zh-TW"/>
              </w:rPr>
              <w:t>宿</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二</w:t>
            </w:r>
            <w:proofErr w:type="gramStart"/>
            <w:r>
              <w:rPr>
                <w:rFonts w:ascii="Times New Roman" w:eastAsia="標楷體" w:hAnsi="Times New Roman"/>
                <w:sz w:val="24"/>
                <w:lang w:eastAsia="zh-TW"/>
              </w:rPr>
              <w:t>浪河民</w:t>
            </w:r>
            <w:proofErr w:type="gramEnd"/>
            <w:r>
              <w:rPr>
                <w:rFonts w:ascii="Times New Roman" w:eastAsia="標楷體" w:hAnsi="Times New Roman"/>
                <w:sz w:val="24"/>
                <w:lang w:eastAsia="zh-TW"/>
              </w:rPr>
              <w:t>宿酒店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2ACD1273" w14:textId="77777777" w:rsidR="00CB4267" w:rsidRDefault="00CB4267">
      <w:pPr>
        <w:rPr>
          <w:lang w:eastAsia="zh-TW"/>
        </w:rPr>
      </w:pPr>
    </w:p>
    <w:p w14:paraId="18498DC9" w14:textId="77777777" w:rsidR="00CB4267" w:rsidRDefault="00000000">
      <w:pPr>
        <w:rPr>
          <w:lang w:eastAsia="zh-TW"/>
        </w:rPr>
      </w:pPr>
      <w:r>
        <w:rPr>
          <w:rFonts w:ascii="Times New Roman" w:eastAsia="標楷體" w:hAnsi="Times New Roman"/>
          <w:b/>
          <w:sz w:val="32"/>
          <w:lang w:eastAsia="zh-TW"/>
        </w:rPr>
        <w:t xml:space="preserve">DAY 5 : </w:t>
      </w:r>
      <w:proofErr w:type="gramStart"/>
      <w:r>
        <w:rPr>
          <w:rFonts w:ascii="Times New Roman" w:eastAsia="標楷體" w:hAnsi="Times New Roman"/>
          <w:b/>
          <w:sz w:val="32"/>
          <w:lang w:eastAsia="zh-TW"/>
        </w:rPr>
        <w:t>雪鄉－</w:t>
      </w:r>
      <w:proofErr w:type="gramEnd"/>
      <w:r>
        <w:rPr>
          <w:rFonts w:ascii="Times New Roman" w:eastAsia="標楷體" w:hAnsi="Times New Roman"/>
          <w:b/>
          <w:sz w:val="32"/>
          <w:lang w:eastAsia="zh-TW"/>
        </w:rPr>
        <w:t>牡丹江【冰雪畫廊風景區</w:t>
      </w:r>
      <w:r>
        <w:rPr>
          <w:rFonts w:ascii="Times New Roman" w:eastAsia="標楷體" w:hAnsi="Times New Roman"/>
          <w:b/>
          <w:sz w:val="32"/>
          <w:lang w:eastAsia="zh-TW"/>
        </w:rPr>
        <w:t>(</w:t>
      </w:r>
      <w:r>
        <w:rPr>
          <w:rFonts w:ascii="Times New Roman" w:eastAsia="標楷體" w:hAnsi="Times New Roman"/>
          <w:b/>
          <w:sz w:val="32"/>
          <w:lang w:eastAsia="zh-TW"/>
        </w:rPr>
        <w:t>十里畫廊雪松美景、雪地自由活動</w:t>
      </w:r>
      <w:r>
        <w:rPr>
          <w:rFonts w:ascii="Times New Roman" w:eastAsia="標楷體" w:hAnsi="Times New Roman"/>
          <w:b/>
          <w:sz w:val="32"/>
          <w:lang w:eastAsia="zh-TW"/>
        </w:rPr>
        <w:t>)</w:t>
      </w:r>
      <w:r>
        <w:rPr>
          <w:rFonts w:ascii="Times New Roman" w:eastAsia="標楷體" w:hAnsi="Times New Roman"/>
          <w:b/>
          <w:sz w:val="32"/>
          <w:lang w:eastAsia="zh-TW"/>
        </w:rPr>
        <w:t>】</w:t>
      </w:r>
    </w:p>
    <w:p w14:paraId="58D120D9" w14:textId="77777777" w:rsidR="00CB4267" w:rsidRDefault="00000000">
      <w:pPr>
        <w:jc w:val="distribute"/>
      </w:pPr>
      <w:r>
        <w:rPr>
          <w:lang w:eastAsia="zh-TW"/>
        </w:rPr>
        <w:t xml:space="preserve"> </w:t>
      </w:r>
      <w:r>
        <w:rPr>
          <w:noProof/>
        </w:rPr>
        <w:drawing>
          <wp:inline distT="0" distB="0" distL="0" distR="0" wp14:anchorId="1FB5DEA5" wp14:editId="1F2B3151">
            <wp:extent cx="2743200" cy="16136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0"/>
                    <a:stretch>
                      <a:fillRect/>
                    </a:stretch>
                  </pic:blipFill>
                  <pic:spPr>
                    <a:xfrm>
                      <a:off x="0" y="0"/>
                      <a:ext cx="2743200" cy="1613647"/>
                    </a:xfrm>
                    <a:prstGeom prst="rect">
                      <a:avLst/>
                    </a:prstGeom>
                  </pic:spPr>
                </pic:pic>
              </a:graphicData>
            </a:graphic>
          </wp:inline>
        </w:drawing>
      </w:r>
      <w:r>
        <w:rPr>
          <w:noProof/>
        </w:rPr>
        <w:drawing>
          <wp:inline distT="0" distB="0" distL="0" distR="0" wp14:anchorId="570FADF1" wp14:editId="0F90D543">
            <wp:extent cx="2743200" cy="16136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a:stretch>
                      <a:fillRect/>
                    </a:stretch>
                  </pic:blipFill>
                  <pic:spPr>
                    <a:xfrm>
                      <a:off x="0" y="0"/>
                      <a:ext cx="2743200" cy="1613647"/>
                    </a:xfrm>
                    <a:prstGeom prst="rect">
                      <a:avLst/>
                    </a:prstGeom>
                  </pic:spPr>
                </pic:pic>
              </a:graphicData>
            </a:graphic>
          </wp:inline>
        </w:drawing>
      </w:r>
    </w:p>
    <w:p w14:paraId="69E613F3" w14:textId="77777777" w:rsidR="00CB4267" w:rsidRDefault="00000000">
      <w:pPr>
        <w:rPr>
          <w:lang w:eastAsia="zh-TW"/>
        </w:rPr>
      </w:pPr>
      <w:proofErr w:type="gramStart"/>
      <w:r>
        <w:rPr>
          <w:rFonts w:ascii="Times New Roman" w:eastAsia="標楷體" w:hAnsi="Times New Roman"/>
          <w:sz w:val="24"/>
          <w:lang w:eastAsia="zh-TW"/>
        </w:rPr>
        <w:lastRenderedPageBreak/>
        <w:t>離開雪鄉我們</w:t>
      </w:r>
      <w:proofErr w:type="gramEnd"/>
      <w:r>
        <w:rPr>
          <w:rFonts w:ascii="Times New Roman" w:eastAsia="標楷體" w:hAnsi="Times New Roman"/>
          <w:sz w:val="24"/>
          <w:lang w:eastAsia="zh-TW"/>
        </w:rPr>
        <w:t>前往牡丹江，牡丹江是</w:t>
      </w:r>
      <w:r>
        <w:rPr>
          <w:rFonts w:ascii="Times New Roman" w:eastAsia="標楷體" w:hAnsi="Times New Roman"/>
          <w:sz w:val="24"/>
          <w:lang w:eastAsia="zh-TW"/>
        </w:rPr>
        <w:t>"</w:t>
      </w:r>
      <w:proofErr w:type="gramStart"/>
      <w:r>
        <w:rPr>
          <w:rFonts w:ascii="Times New Roman" w:eastAsia="標楷體" w:hAnsi="Times New Roman"/>
          <w:sz w:val="24"/>
          <w:lang w:eastAsia="zh-TW"/>
        </w:rPr>
        <w:t>中蒙俄</w:t>
      </w:r>
      <w:proofErr w:type="gramEnd"/>
      <w:r>
        <w:rPr>
          <w:rFonts w:ascii="Times New Roman" w:eastAsia="標楷體" w:hAnsi="Times New Roman"/>
          <w:sz w:val="24"/>
          <w:lang w:eastAsia="zh-TW"/>
        </w:rPr>
        <w:t>經濟走廊</w:t>
      </w:r>
      <w:r>
        <w:rPr>
          <w:rFonts w:ascii="Times New Roman" w:eastAsia="標楷體" w:hAnsi="Times New Roman"/>
          <w:sz w:val="24"/>
          <w:lang w:eastAsia="zh-TW"/>
        </w:rPr>
        <w:t>"</w:t>
      </w:r>
      <w:r>
        <w:rPr>
          <w:rFonts w:ascii="Times New Roman" w:eastAsia="標楷體" w:hAnsi="Times New Roman"/>
          <w:sz w:val="24"/>
          <w:lang w:eastAsia="zh-TW"/>
        </w:rPr>
        <w:t>，中國</w:t>
      </w:r>
      <w:proofErr w:type="gramStart"/>
      <w:r>
        <w:rPr>
          <w:rFonts w:ascii="Times New Roman" w:eastAsia="標楷體" w:hAnsi="Times New Roman"/>
          <w:sz w:val="24"/>
          <w:lang w:eastAsia="zh-TW"/>
        </w:rPr>
        <w:t>對俄沿邊</w:t>
      </w:r>
      <w:proofErr w:type="gramEnd"/>
      <w:r>
        <w:rPr>
          <w:rFonts w:ascii="Times New Roman" w:eastAsia="標楷體" w:hAnsi="Times New Roman"/>
          <w:sz w:val="24"/>
          <w:lang w:eastAsia="zh-TW"/>
        </w:rPr>
        <w:t>開放的樞紐站。牡丹江屬溫帶季風氣候，素有</w:t>
      </w:r>
      <w:r>
        <w:rPr>
          <w:rFonts w:ascii="Times New Roman" w:eastAsia="標楷體" w:hAnsi="Times New Roman"/>
          <w:sz w:val="24"/>
          <w:lang w:eastAsia="zh-TW"/>
        </w:rPr>
        <w:t>"</w:t>
      </w:r>
      <w:r>
        <w:rPr>
          <w:rFonts w:ascii="Times New Roman" w:eastAsia="標楷體" w:hAnsi="Times New Roman"/>
          <w:sz w:val="24"/>
          <w:lang w:eastAsia="zh-TW"/>
        </w:rPr>
        <w:t>塞外江南</w:t>
      </w:r>
      <w:r>
        <w:rPr>
          <w:rFonts w:ascii="Times New Roman" w:eastAsia="標楷體" w:hAnsi="Times New Roman"/>
          <w:sz w:val="24"/>
          <w:lang w:eastAsia="zh-TW"/>
        </w:rPr>
        <w:t>"</w:t>
      </w:r>
      <w:r>
        <w:rPr>
          <w:rFonts w:ascii="Times New Roman" w:eastAsia="標楷體" w:hAnsi="Times New Roman"/>
          <w:sz w:val="24"/>
          <w:lang w:eastAsia="zh-TW"/>
        </w:rPr>
        <w:t>、</w:t>
      </w:r>
      <w:r>
        <w:rPr>
          <w:rFonts w:ascii="Times New Roman" w:eastAsia="標楷體" w:hAnsi="Times New Roman"/>
          <w:sz w:val="24"/>
          <w:lang w:eastAsia="zh-TW"/>
        </w:rPr>
        <w:t>"</w:t>
      </w:r>
      <w:r>
        <w:rPr>
          <w:rFonts w:ascii="Times New Roman" w:eastAsia="標楷體" w:hAnsi="Times New Roman"/>
          <w:sz w:val="24"/>
          <w:lang w:eastAsia="zh-TW"/>
        </w:rPr>
        <w:t>魚米之鄉</w:t>
      </w:r>
      <w:r>
        <w:rPr>
          <w:rFonts w:ascii="Times New Roman" w:eastAsia="標楷體" w:hAnsi="Times New Roman"/>
          <w:sz w:val="24"/>
          <w:lang w:eastAsia="zh-TW"/>
        </w:rPr>
        <w:t>"</w:t>
      </w:r>
      <w:r>
        <w:rPr>
          <w:rFonts w:ascii="Times New Roman" w:eastAsia="標楷體" w:hAnsi="Times New Roman"/>
          <w:sz w:val="24"/>
          <w:lang w:eastAsia="zh-TW"/>
        </w:rPr>
        <w:t>的美譽。</w:t>
      </w:r>
    </w:p>
    <w:p w14:paraId="3A98396E" w14:textId="77777777" w:rsidR="00CB4267" w:rsidRDefault="00000000">
      <w:pPr>
        <w:pStyle w:val="5"/>
      </w:pPr>
      <w:r>
        <w:rPr>
          <w:rFonts w:ascii="Times New Roman" w:eastAsia="標楷體" w:hAnsi="Times New Roman"/>
          <w:sz w:val="24"/>
          <w:lang w:eastAsia="zh-TW"/>
        </w:rPr>
        <w:t>冰雪畫廊風景區</w:t>
      </w:r>
      <w:r>
        <w:rPr>
          <w:rFonts w:ascii="Times New Roman" w:eastAsia="標楷體" w:hAnsi="Times New Roman"/>
          <w:sz w:val="24"/>
          <w:lang w:eastAsia="zh-TW"/>
        </w:rPr>
        <w:br/>
      </w:r>
      <w:r>
        <w:rPr>
          <w:rFonts w:ascii="Times New Roman" w:eastAsia="標楷體" w:hAnsi="Times New Roman"/>
          <w:sz w:val="24"/>
          <w:lang w:eastAsia="zh-TW"/>
        </w:rPr>
        <w:t>冰雪畫廊是既能滿足你與冰雪起舞的樂趣，又能為你找到藝術靈感的地方。它是一處全新打造的冰雪景區，位於</w:t>
      </w:r>
      <w:proofErr w:type="gramStart"/>
      <w:r>
        <w:rPr>
          <w:rFonts w:ascii="Times New Roman" w:eastAsia="標楷體" w:hAnsi="Times New Roman"/>
          <w:sz w:val="24"/>
          <w:lang w:eastAsia="zh-TW"/>
        </w:rPr>
        <w:t>亞里亞鎮亞雪公路</w:t>
      </w:r>
      <w:proofErr w:type="gramEnd"/>
      <w:r>
        <w:rPr>
          <w:rFonts w:ascii="Times New Roman" w:eastAsia="標楷體" w:hAnsi="Times New Roman"/>
          <w:sz w:val="24"/>
          <w:lang w:eastAsia="zh-TW"/>
        </w:rPr>
        <w:t>兩側，</w:t>
      </w:r>
      <w:proofErr w:type="gramStart"/>
      <w:r>
        <w:rPr>
          <w:rFonts w:ascii="Times New Roman" w:eastAsia="標楷體" w:hAnsi="Times New Roman"/>
          <w:sz w:val="24"/>
          <w:lang w:eastAsia="zh-TW"/>
        </w:rPr>
        <w:t>亞雪公路</w:t>
      </w:r>
      <w:proofErr w:type="gramEnd"/>
      <w:r>
        <w:rPr>
          <w:rFonts w:ascii="Times New Roman" w:eastAsia="標楷體" w:hAnsi="Times New Roman"/>
          <w:sz w:val="24"/>
          <w:lang w:eastAsia="zh-TW"/>
        </w:rPr>
        <w:t>是牡丹江海拔最高的公路，全長</w:t>
      </w:r>
      <w:r>
        <w:rPr>
          <w:rFonts w:ascii="Times New Roman" w:eastAsia="標楷體" w:hAnsi="Times New Roman"/>
          <w:sz w:val="24"/>
          <w:lang w:eastAsia="zh-TW"/>
        </w:rPr>
        <w:t>9.3</w:t>
      </w:r>
      <w:r>
        <w:rPr>
          <w:rFonts w:ascii="Times New Roman" w:eastAsia="標楷體" w:hAnsi="Times New Roman"/>
          <w:sz w:val="24"/>
          <w:lang w:eastAsia="zh-TW"/>
        </w:rPr>
        <w:t>公里，冰雪畫廊全長</w:t>
      </w:r>
      <w:r>
        <w:rPr>
          <w:rFonts w:ascii="Times New Roman" w:eastAsia="標楷體" w:hAnsi="Times New Roman"/>
          <w:sz w:val="24"/>
          <w:lang w:eastAsia="zh-TW"/>
        </w:rPr>
        <w:t>4.4</w:t>
      </w:r>
      <w:r>
        <w:rPr>
          <w:rFonts w:ascii="Times New Roman" w:eastAsia="標楷體" w:hAnsi="Times New Roman"/>
          <w:sz w:val="24"/>
          <w:lang w:eastAsia="zh-TW"/>
        </w:rPr>
        <w:t>公里。公路</w:t>
      </w:r>
      <w:proofErr w:type="gramStart"/>
      <w:r>
        <w:rPr>
          <w:rFonts w:ascii="Times New Roman" w:eastAsia="標楷體" w:hAnsi="Times New Roman"/>
          <w:sz w:val="24"/>
          <w:lang w:eastAsia="zh-TW"/>
        </w:rPr>
        <w:t>兩旁結滿了</w:t>
      </w:r>
      <w:proofErr w:type="gramEnd"/>
      <w:r>
        <w:rPr>
          <w:rFonts w:ascii="Times New Roman" w:eastAsia="標楷體" w:hAnsi="Times New Roman"/>
          <w:sz w:val="24"/>
          <w:lang w:eastAsia="zh-TW"/>
        </w:rPr>
        <w:t>晶瑩潔白的樹掛，這些樹掛仿佛經過了能工巧匠的精心雕刻，在陽光的照射下璀璨奪目，千姿百態，</w:t>
      </w:r>
      <w:proofErr w:type="gramStart"/>
      <w:r>
        <w:rPr>
          <w:rFonts w:ascii="Times New Roman" w:eastAsia="標楷體" w:hAnsi="Times New Roman"/>
          <w:sz w:val="24"/>
          <w:lang w:eastAsia="zh-TW"/>
        </w:rPr>
        <w:t>不</w:t>
      </w:r>
      <w:proofErr w:type="gramEnd"/>
      <w:r>
        <w:rPr>
          <w:rFonts w:ascii="Times New Roman" w:eastAsia="標楷體" w:hAnsi="Times New Roman"/>
          <w:sz w:val="24"/>
          <w:lang w:eastAsia="zh-TW"/>
        </w:rPr>
        <w:t>亞于吉林柳樹結銀花，松樹</w:t>
      </w:r>
      <w:proofErr w:type="gramStart"/>
      <w:r>
        <w:rPr>
          <w:rFonts w:ascii="Times New Roman" w:eastAsia="標楷體" w:hAnsi="Times New Roman"/>
          <w:sz w:val="24"/>
          <w:lang w:eastAsia="zh-TW"/>
        </w:rPr>
        <w:t>綻銀菊</w:t>
      </w:r>
      <w:proofErr w:type="gramEnd"/>
      <w:r>
        <w:rPr>
          <w:rFonts w:ascii="Times New Roman" w:eastAsia="標楷體" w:hAnsi="Times New Roman"/>
          <w:sz w:val="24"/>
          <w:lang w:eastAsia="zh-TW"/>
        </w:rPr>
        <w:t>的十里長堤，把人們帶入如詩如畫的仙境。</w:t>
      </w:r>
      <w:r>
        <w:rPr>
          <w:rFonts w:ascii="Times New Roman" w:eastAsia="標楷體" w:hAnsi="Times New Roman"/>
          <w:sz w:val="24"/>
          <w:lang w:eastAsia="zh-TW"/>
        </w:rPr>
        <w:br/>
      </w:r>
      <w:r>
        <w:rPr>
          <w:rFonts w:ascii="Times New Roman" w:eastAsia="標楷體" w:hAnsi="Times New Roman"/>
          <w:sz w:val="24"/>
        </w:rPr>
        <w:t>【行車距離】雪鄉－約</w:t>
      </w:r>
      <w:r>
        <w:rPr>
          <w:rFonts w:ascii="Times New Roman" w:eastAsia="標楷體" w:hAnsi="Times New Roman"/>
          <w:sz w:val="24"/>
        </w:rPr>
        <w:t>2.5HR</w:t>
      </w:r>
      <w:r>
        <w:rPr>
          <w:rFonts w:ascii="Times New Roman" w:eastAsia="標楷體" w:hAnsi="Times New Roman"/>
          <w:sz w:val="24"/>
        </w:rPr>
        <w:t>牡丹江</w:t>
      </w:r>
    </w:p>
    <w:tbl>
      <w:tblPr>
        <w:tblStyle w:val="-1"/>
        <w:tblW w:w="0" w:type="auto"/>
        <w:tblLook w:val="04A0" w:firstRow="1" w:lastRow="0" w:firstColumn="1" w:lastColumn="0" w:noHBand="0" w:noVBand="1"/>
      </w:tblPr>
      <w:tblGrid>
        <w:gridCol w:w="3600"/>
        <w:gridCol w:w="3600"/>
        <w:gridCol w:w="3600"/>
      </w:tblGrid>
      <w:tr w:rsidR="00CB4267" w14:paraId="64A943AB"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CDFF6DE" w14:textId="77777777" w:rsidR="00CB4267" w:rsidRDefault="00000000">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
        </w:tc>
        <w:tc>
          <w:tcPr>
            <w:tcW w:w="3600" w:type="dxa"/>
          </w:tcPr>
          <w:p w14:paraId="370E8E8C"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w:t>
            </w:r>
            <w:r>
              <w:rPr>
                <w:rFonts w:ascii="Times New Roman" w:eastAsia="標楷體" w:hAnsi="Times New Roman"/>
                <w:sz w:val="24"/>
              </w:rPr>
              <w:t>合菜饗宴</w:t>
            </w:r>
            <w:r>
              <w:rPr>
                <w:rFonts w:ascii="Times New Roman" w:eastAsia="標楷體" w:hAnsi="Times New Roman"/>
                <w:sz w:val="24"/>
              </w:rPr>
              <w:t>RMB60</w:t>
            </w:r>
          </w:p>
        </w:tc>
        <w:tc>
          <w:tcPr>
            <w:tcW w:w="3600" w:type="dxa"/>
          </w:tcPr>
          <w:p w14:paraId="447F59EA"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東北風味料理</w:t>
            </w:r>
            <w:r>
              <w:rPr>
                <w:rFonts w:ascii="Times New Roman" w:eastAsia="標楷體" w:hAnsi="Times New Roman"/>
                <w:sz w:val="24"/>
                <w:lang w:eastAsia="zh-TW"/>
              </w:rPr>
              <w:t>RMB80</w:t>
            </w:r>
          </w:p>
        </w:tc>
      </w:tr>
      <w:tr w:rsidR="00CB4267" w14:paraId="2AC8FBAE"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4C95D2E8"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proofErr w:type="gramStart"/>
            <w:r>
              <w:rPr>
                <w:rFonts w:ascii="Times New Roman" w:eastAsia="標楷體" w:hAnsi="Times New Roman"/>
                <w:sz w:val="24"/>
                <w:lang w:eastAsia="zh-TW"/>
              </w:rPr>
              <w:t>準</w:t>
            </w:r>
            <w:proofErr w:type="gramEnd"/>
            <w:r>
              <w:rPr>
                <w:rFonts w:ascii="Times New Roman" w:eastAsia="標楷體" w:hAnsi="Times New Roman"/>
                <w:sz w:val="24"/>
                <w:lang w:eastAsia="zh-TW"/>
              </w:rPr>
              <w:t>5★</w:t>
            </w:r>
            <w:r>
              <w:rPr>
                <w:rFonts w:ascii="Times New Roman" w:eastAsia="標楷體" w:hAnsi="Times New Roman"/>
                <w:sz w:val="24"/>
                <w:lang w:eastAsia="zh-TW"/>
              </w:rPr>
              <w:t>牡丹江世茂假日酒店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東方明珠酒店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禧祿達</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7B6BFD2D" w14:textId="77777777" w:rsidR="00CB4267" w:rsidRDefault="00CB4267">
      <w:pPr>
        <w:rPr>
          <w:lang w:eastAsia="zh-TW"/>
        </w:rPr>
      </w:pPr>
    </w:p>
    <w:p w14:paraId="78DCA5AC" w14:textId="77777777" w:rsidR="00CB4267" w:rsidRDefault="00000000">
      <w:pPr>
        <w:rPr>
          <w:lang w:eastAsia="zh-TW"/>
        </w:rPr>
      </w:pPr>
      <w:r>
        <w:rPr>
          <w:rFonts w:ascii="Times New Roman" w:eastAsia="標楷體" w:hAnsi="Times New Roman"/>
          <w:b/>
          <w:sz w:val="32"/>
          <w:lang w:eastAsia="zh-TW"/>
        </w:rPr>
        <w:t xml:space="preserve">DAY 6 : </w:t>
      </w:r>
      <w:r>
        <w:rPr>
          <w:rFonts w:ascii="Times New Roman" w:eastAsia="標楷體" w:hAnsi="Times New Roman"/>
          <w:b/>
          <w:sz w:val="32"/>
          <w:lang w:eastAsia="zh-TW"/>
        </w:rPr>
        <w:t>牡丹江</w:t>
      </w:r>
      <w:proofErr w:type="gramStart"/>
      <w:r>
        <w:rPr>
          <w:rFonts w:ascii="Times New Roman" w:eastAsia="標楷體" w:hAnsi="Times New Roman"/>
          <w:b/>
          <w:sz w:val="32"/>
          <w:lang w:eastAsia="zh-TW"/>
        </w:rPr>
        <w:t>－橫道河子</w:t>
      </w:r>
      <w:proofErr w:type="gramEnd"/>
      <w:r>
        <w:rPr>
          <w:rFonts w:ascii="Times New Roman" w:eastAsia="標楷體" w:hAnsi="Times New Roman"/>
          <w:b/>
          <w:sz w:val="32"/>
          <w:lang w:eastAsia="zh-TW"/>
        </w:rPr>
        <w:t>小鎮【油畫村、俄式民宅、聖母進堂教堂、中東鐵路機車庫、東北虎林園</w:t>
      </w:r>
      <w:r>
        <w:rPr>
          <w:rFonts w:ascii="Times New Roman" w:eastAsia="標楷體" w:hAnsi="Times New Roman"/>
          <w:b/>
          <w:sz w:val="32"/>
          <w:lang w:eastAsia="zh-TW"/>
        </w:rPr>
        <w:t>(</w:t>
      </w:r>
      <w:r>
        <w:rPr>
          <w:rFonts w:ascii="Times New Roman" w:eastAsia="標楷體" w:hAnsi="Times New Roman"/>
          <w:b/>
          <w:sz w:val="32"/>
          <w:lang w:eastAsia="zh-TW"/>
        </w:rPr>
        <w:t>含觀光車</w:t>
      </w:r>
      <w:r>
        <w:rPr>
          <w:rFonts w:ascii="Times New Roman" w:eastAsia="標楷體" w:hAnsi="Times New Roman"/>
          <w:b/>
          <w:sz w:val="32"/>
          <w:lang w:eastAsia="zh-TW"/>
        </w:rPr>
        <w:t>)</w:t>
      </w:r>
      <w:r>
        <w:rPr>
          <w:rFonts w:ascii="Times New Roman" w:eastAsia="標楷體" w:hAnsi="Times New Roman"/>
          <w:b/>
          <w:sz w:val="32"/>
          <w:lang w:eastAsia="zh-TW"/>
        </w:rPr>
        <w:t>】－哈爾濱</w:t>
      </w:r>
    </w:p>
    <w:p w14:paraId="43CCC147" w14:textId="77777777" w:rsidR="00CB4267" w:rsidRDefault="00000000">
      <w:pPr>
        <w:rPr>
          <w:lang w:eastAsia="zh-TW"/>
        </w:rPr>
      </w:pPr>
      <w:r>
        <w:rPr>
          <w:rFonts w:ascii="Times New Roman" w:eastAsia="標楷體" w:hAnsi="Times New Roman"/>
          <w:sz w:val="24"/>
          <w:lang w:eastAsia="zh-TW"/>
        </w:rPr>
        <w:t>今日在</w:t>
      </w:r>
      <w:proofErr w:type="gramStart"/>
      <w:r>
        <w:rPr>
          <w:rFonts w:ascii="Times New Roman" w:eastAsia="標楷體" w:hAnsi="Times New Roman"/>
          <w:sz w:val="24"/>
          <w:lang w:eastAsia="zh-TW"/>
        </w:rPr>
        <w:t>橫道河子</w:t>
      </w:r>
      <w:proofErr w:type="gramEnd"/>
      <w:r>
        <w:rPr>
          <w:rFonts w:ascii="Times New Roman" w:eastAsia="標楷體" w:hAnsi="Times New Roman"/>
          <w:sz w:val="24"/>
          <w:lang w:eastAsia="zh-TW"/>
        </w:rPr>
        <w:t>小鎮遊覽，感受一下這座俄式風情的百年小鎮，結束後前往哈爾濱。</w:t>
      </w:r>
    </w:p>
    <w:p w14:paraId="211F9C22" w14:textId="77777777" w:rsidR="00CB4267" w:rsidRDefault="00000000">
      <w:pPr>
        <w:pStyle w:val="5"/>
        <w:rPr>
          <w:lang w:eastAsia="zh-TW"/>
        </w:rPr>
      </w:pPr>
      <w:proofErr w:type="gramStart"/>
      <w:r>
        <w:rPr>
          <w:rFonts w:ascii="Times New Roman" w:eastAsia="標楷體" w:hAnsi="Times New Roman"/>
          <w:sz w:val="24"/>
          <w:lang w:eastAsia="zh-TW"/>
        </w:rPr>
        <w:lastRenderedPageBreak/>
        <w:t>橫道河子</w:t>
      </w:r>
      <w:proofErr w:type="gramEnd"/>
      <w:r>
        <w:rPr>
          <w:rFonts w:ascii="Times New Roman" w:eastAsia="標楷體" w:hAnsi="Times New Roman"/>
          <w:sz w:val="24"/>
          <w:lang w:eastAsia="zh-TW"/>
        </w:rPr>
        <w:t>小鎮</w:t>
      </w:r>
      <w:r>
        <w:rPr>
          <w:rFonts w:ascii="Times New Roman" w:eastAsia="標楷體" w:hAnsi="Times New Roman"/>
          <w:sz w:val="24"/>
          <w:lang w:eastAsia="zh-TW"/>
        </w:rPr>
        <w:br/>
      </w:r>
      <w:r>
        <w:rPr>
          <w:rFonts w:ascii="Times New Roman" w:eastAsia="標楷體" w:hAnsi="Times New Roman"/>
          <w:sz w:val="24"/>
          <w:lang w:eastAsia="zh-TW"/>
        </w:rPr>
        <w:t>這是一處俄式風情猶存的百年小鎮，也是中國最具代表性的俄羅斯建築群。小鎮比哈爾濱建市還要早一年，是中東鐵路修建時期的重點工區，鎮在群山環繞之中，森林茂密，植被完好，空氣清純，是典型的東北山地風光，並且擁有世界上最大的貓科動物繁育中心，是東北三省兩大國家歷史文化名鎮之</w:t>
      </w:r>
      <w:proofErr w:type="gramStart"/>
      <w:r>
        <w:rPr>
          <w:rFonts w:ascii="Times New Roman" w:eastAsia="標楷體" w:hAnsi="Times New Roman"/>
          <w:sz w:val="24"/>
          <w:lang w:eastAsia="zh-TW"/>
        </w:rPr>
        <w:t>一</w:t>
      </w:r>
      <w:proofErr w:type="gramEnd"/>
      <w:r>
        <w:rPr>
          <w:rFonts w:ascii="Times New Roman" w:eastAsia="標楷體" w:hAnsi="Times New Roman"/>
          <w:sz w:val="24"/>
          <w:lang w:eastAsia="zh-TW"/>
        </w:rPr>
        <w:t>。走進</w:t>
      </w:r>
      <w:proofErr w:type="gramStart"/>
      <w:r>
        <w:rPr>
          <w:rFonts w:ascii="Times New Roman" w:eastAsia="標楷體" w:hAnsi="Times New Roman"/>
          <w:sz w:val="24"/>
          <w:lang w:eastAsia="zh-TW"/>
        </w:rPr>
        <w:t>橫道河子</w:t>
      </w:r>
      <w:proofErr w:type="gramEnd"/>
      <w:r>
        <w:rPr>
          <w:rFonts w:ascii="Times New Roman" w:eastAsia="標楷體" w:hAnsi="Times New Roman"/>
          <w:sz w:val="24"/>
          <w:lang w:eastAsia="zh-TW"/>
        </w:rPr>
        <w:t>，歷史遺存仍在，俄式住宅歲月依然，美食、風情不減當年，異域風情極為濃郁，帶給人們最真切地俄羅斯風情體驗。</w:t>
      </w:r>
    </w:p>
    <w:p w14:paraId="54B587F0" w14:textId="77777777" w:rsidR="00CB4267" w:rsidRDefault="00000000">
      <w:pPr>
        <w:pStyle w:val="5"/>
        <w:rPr>
          <w:lang w:eastAsia="zh-TW"/>
        </w:rPr>
      </w:pPr>
      <w:r>
        <w:rPr>
          <w:rFonts w:ascii="Times New Roman" w:eastAsia="標楷體" w:hAnsi="Times New Roman"/>
          <w:sz w:val="24"/>
          <w:lang w:eastAsia="zh-TW"/>
        </w:rPr>
        <w:t>油畫村</w:t>
      </w:r>
      <w:r>
        <w:rPr>
          <w:rFonts w:ascii="Times New Roman" w:eastAsia="標楷體" w:hAnsi="Times New Roman"/>
          <w:sz w:val="24"/>
          <w:lang w:eastAsia="zh-TW"/>
        </w:rPr>
        <w:br/>
      </w:r>
      <w:r>
        <w:rPr>
          <w:rFonts w:ascii="Times New Roman" w:eastAsia="標楷體" w:hAnsi="Times New Roman"/>
          <w:sz w:val="24"/>
          <w:lang w:eastAsia="zh-TW"/>
        </w:rPr>
        <w:t>從上個世紀五十代開始，獨具慧眼的畫家踏進這個小鎮。近年海林市在小鎮里專門為各地來的畫家建立了中國</w:t>
      </w:r>
      <w:proofErr w:type="gramStart"/>
      <w:r>
        <w:rPr>
          <w:rFonts w:ascii="Times New Roman" w:eastAsia="標楷體" w:hAnsi="Times New Roman"/>
          <w:sz w:val="24"/>
          <w:lang w:eastAsia="zh-TW"/>
        </w:rPr>
        <w:t>橫道河子</w:t>
      </w:r>
      <w:proofErr w:type="gramEnd"/>
      <w:r>
        <w:rPr>
          <w:rFonts w:ascii="Times New Roman" w:eastAsia="標楷體" w:hAnsi="Times New Roman"/>
          <w:sz w:val="24"/>
          <w:lang w:eastAsia="zh-TW"/>
        </w:rPr>
        <w:t>油畫村，現已建有大型展廳</w:t>
      </w:r>
      <w:r>
        <w:rPr>
          <w:rFonts w:ascii="Times New Roman" w:eastAsia="標楷體" w:hAnsi="Times New Roman"/>
          <w:sz w:val="24"/>
          <w:lang w:eastAsia="zh-TW"/>
        </w:rPr>
        <w:t>4</w:t>
      </w:r>
      <w:r>
        <w:rPr>
          <w:rFonts w:ascii="Times New Roman" w:eastAsia="標楷體" w:hAnsi="Times New Roman"/>
          <w:sz w:val="24"/>
          <w:lang w:eastAsia="zh-TW"/>
        </w:rPr>
        <w:t>個，畫家創作室</w:t>
      </w:r>
      <w:r>
        <w:rPr>
          <w:rFonts w:ascii="Times New Roman" w:eastAsia="標楷體" w:hAnsi="Times New Roman"/>
          <w:sz w:val="24"/>
          <w:lang w:eastAsia="zh-TW"/>
        </w:rPr>
        <w:t>23</w:t>
      </w:r>
      <w:r>
        <w:rPr>
          <w:rFonts w:ascii="Times New Roman" w:eastAsia="標楷體" w:hAnsi="Times New Roman"/>
          <w:sz w:val="24"/>
          <w:lang w:eastAsia="zh-TW"/>
        </w:rPr>
        <w:t>間，畫家宿舍</w:t>
      </w:r>
      <w:r>
        <w:rPr>
          <w:rFonts w:ascii="Times New Roman" w:eastAsia="標楷體" w:hAnsi="Times New Roman"/>
          <w:sz w:val="24"/>
          <w:lang w:eastAsia="zh-TW"/>
        </w:rPr>
        <w:t>13</w:t>
      </w:r>
      <w:r>
        <w:rPr>
          <w:rFonts w:ascii="Times New Roman" w:eastAsia="標楷體" w:hAnsi="Times New Roman"/>
          <w:sz w:val="24"/>
          <w:lang w:eastAsia="zh-TW"/>
        </w:rPr>
        <w:t>間，可同時接納</w:t>
      </w:r>
      <w:r>
        <w:rPr>
          <w:rFonts w:ascii="Times New Roman" w:eastAsia="標楷體" w:hAnsi="Times New Roman"/>
          <w:sz w:val="24"/>
          <w:lang w:eastAsia="zh-TW"/>
        </w:rPr>
        <w:t>100</w:t>
      </w:r>
      <w:r>
        <w:rPr>
          <w:rFonts w:ascii="Times New Roman" w:eastAsia="標楷體" w:hAnsi="Times New Roman"/>
          <w:sz w:val="24"/>
          <w:lang w:eastAsia="zh-TW"/>
        </w:rPr>
        <w:t>名畫家入駐創作，掛牌入駐知名畫家達</w:t>
      </w:r>
      <w:r>
        <w:rPr>
          <w:rFonts w:ascii="Times New Roman" w:eastAsia="標楷體" w:hAnsi="Times New Roman"/>
          <w:sz w:val="24"/>
          <w:lang w:eastAsia="zh-TW"/>
        </w:rPr>
        <w:t>100</w:t>
      </w:r>
      <w:r>
        <w:rPr>
          <w:rFonts w:ascii="Times New Roman" w:eastAsia="標楷體" w:hAnsi="Times New Roman"/>
          <w:sz w:val="24"/>
          <w:lang w:eastAsia="zh-TW"/>
        </w:rPr>
        <w:t>多名，成為魯迅美術學院等</w:t>
      </w:r>
      <w:r>
        <w:rPr>
          <w:rFonts w:ascii="Times New Roman" w:eastAsia="標楷體" w:hAnsi="Times New Roman"/>
          <w:sz w:val="24"/>
          <w:lang w:eastAsia="zh-TW"/>
        </w:rPr>
        <w:t>7</w:t>
      </w:r>
      <w:r>
        <w:rPr>
          <w:rFonts w:ascii="Times New Roman" w:eastAsia="標楷體" w:hAnsi="Times New Roman"/>
          <w:sz w:val="24"/>
          <w:lang w:eastAsia="zh-TW"/>
        </w:rPr>
        <w:t>所高校</w:t>
      </w:r>
      <w:proofErr w:type="gramStart"/>
      <w:r>
        <w:rPr>
          <w:rFonts w:ascii="Times New Roman" w:eastAsia="標楷體" w:hAnsi="Times New Roman"/>
          <w:sz w:val="24"/>
          <w:lang w:eastAsia="zh-TW"/>
        </w:rPr>
        <w:t>美術實訓基地</w:t>
      </w:r>
      <w:proofErr w:type="gramEnd"/>
      <w:r>
        <w:rPr>
          <w:rFonts w:ascii="Times New Roman" w:eastAsia="標楷體" w:hAnsi="Times New Roman"/>
          <w:sz w:val="24"/>
          <w:lang w:eastAsia="zh-TW"/>
        </w:rPr>
        <w:t>。</w:t>
      </w:r>
    </w:p>
    <w:p w14:paraId="532CD5E2" w14:textId="77777777" w:rsidR="00CB4267" w:rsidRDefault="00000000">
      <w:pPr>
        <w:pStyle w:val="5"/>
        <w:rPr>
          <w:lang w:eastAsia="zh-TW"/>
        </w:rPr>
      </w:pPr>
      <w:proofErr w:type="gramStart"/>
      <w:r>
        <w:rPr>
          <w:rFonts w:ascii="Times New Roman" w:eastAsia="標楷體" w:hAnsi="Times New Roman"/>
          <w:sz w:val="24"/>
          <w:lang w:eastAsia="zh-TW"/>
        </w:rPr>
        <w:t>聖母進堂教堂</w:t>
      </w:r>
      <w:proofErr w:type="gramEnd"/>
      <w:r>
        <w:rPr>
          <w:rFonts w:ascii="Times New Roman" w:eastAsia="標楷體" w:hAnsi="Times New Roman"/>
          <w:sz w:val="24"/>
          <w:lang w:eastAsia="zh-TW"/>
        </w:rPr>
        <w:br/>
      </w:r>
      <w:r>
        <w:rPr>
          <w:rFonts w:ascii="Times New Roman" w:eastAsia="標楷體" w:hAnsi="Times New Roman"/>
          <w:sz w:val="24"/>
          <w:lang w:eastAsia="zh-TW"/>
        </w:rPr>
        <w:t>約金斯克教堂又叫</w:t>
      </w:r>
      <w:proofErr w:type="gramStart"/>
      <w:r>
        <w:rPr>
          <w:rFonts w:ascii="Times New Roman" w:eastAsia="標楷體" w:hAnsi="Times New Roman"/>
          <w:sz w:val="24"/>
          <w:lang w:eastAsia="zh-TW"/>
        </w:rPr>
        <w:t>聖母進堂教堂</w:t>
      </w:r>
      <w:proofErr w:type="gramEnd"/>
      <w:r>
        <w:rPr>
          <w:rFonts w:ascii="Times New Roman" w:eastAsia="標楷體" w:hAnsi="Times New Roman"/>
          <w:sz w:val="24"/>
          <w:lang w:eastAsia="zh-TW"/>
        </w:rPr>
        <w:t>，當地人習慣叫它「喇嘛台」。該教堂為一層俄式建築，完全使用木材</w:t>
      </w:r>
      <w:r>
        <w:rPr>
          <w:rFonts w:ascii="Times New Roman" w:eastAsia="標楷體" w:hAnsi="Times New Roman"/>
          <w:sz w:val="24"/>
          <w:lang w:eastAsia="zh-TW"/>
        </w:rPr>
        <w:t xml:space="preserve"> </w:t>
      </w:r>
      <w:r>
        <w:rPr>
          <w:rFonts w:ascii="Times New Roman" w:eastAsia="標楷體" w:hAnsi="Times New Roman"/>
          <w:sz w:val="24"/>
          <w:lang w:eastAsia="zh-TW"/>
        </w:rPr>
        <w:t>卡、嵌、鑲、雕建成。教堂始建於</w:t>
      </w:r>
      <w:r>
        <w:rPr>
          <w:rFonts w:ascii="Times New Roman" w:eastAsia="標楷體" w:hAnsi="Times New Roman"/>
          <w:sz w:val="24"/>
          <w:lang w:eastAsia="zh-TW"/>
        </w:rPr>
        <w:t>1901</w:t>
      </w:r>
      <w:r>
        <w:rPr>
          <w:rFonts w:ascii="Times New Roman" w:eastAsia="標楷體" w:hAnsi="Times New Roman"/>
          <w:sz w:val="24"/>
          <w:lang w:eastAsia="zh-TW"/>
        </w:rPr>
        <w:t>年，總佔地約</w:t>
      </w:r>
      <w:r>
        <w:rPr>
          <w:rFonts w:ascii="Times New Roman" w:eastAsia="標楷體" w:hAnsi="Times New Roman"/>
          <w:sz w:val="24"/>
          <w:lang w:eastAsia="zh-TW"/>
        </w:rPr>
        <w:t>400</w:t>
      </w:r>
      <w:r>
        <w:rPr>
          <w:rFonts w:ascii="Times New Roman" w:eastAsia="標楷體" w:hAnsi="Times New Roman"/>
          <w:sz w:val="24"/>
          <w:lang w:eastAsia="zh-TW"/>
        </w:rPr>
        <w:t>平方米，室內可容納</w:t>
      </w:r>
      <w:r>
        <w:rPr>
          <w:rFonts w:ascii="Times New Roman" w:eastAsia="標楷體" w:hAnsi="Times New Roman"/>
          <w:sz w:val="24"/>
          <w:lang w:eastAsia="zh-TW"/>
        </w:rPr>
        <w:t>500</w:t>
      </w:r>
      <w:r>
        <w:rPr>
          <w:rFonts w:ascii="Times New Roman" w:eastAsia="標楷體" w:hAnsi="Times New Roman"/>
          <w:sz w:val="24"/>
          <w:lang w:eastAsia="zh-TW"/>
        </w:rPr>
        <w:t>名信徒進行宗教活動，曾一度成為西起石頭</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砬</w:t>
      </w:r>
      <w:proofErr w:type="gramEnd"/>
      <w:r>
        <w:rPr>
          <w:rFonts w:ascii="Times New Roman" w:eastAsia="標楷體" w:hAnsi="Times New Roman"/>
          <w:sz w:val="24"/>
          <w:lang w:eastAsia="zh-TW"/>
        </w:rPr>
        <w:t>子、</w:t>
      </w:r>
      <w:proofErr w:type="gramStart"/>
      <w:r>
        <w:rPr>
          <w:rFonts w:ascii="Times New Roman" w:eastAsia="標楷體" w:hAnsi="Times New Roman"/>
          <w:sz w:val="24"/>
          <w:lang w:eastAsia="zh-TW"/>
        </w:rPr>
        <w:t>亞布力乃至</w:t>
      </w:r>
      <w:proofErr w:type="gramEnd"/>
      <w:r>
        <w:rPr>
          <w:rFonts w:ascii="Times New Roman" w:eastAsia="標楷體" w:hAnsi="Times New Roman"/>
          <w:sz w:val="24"/>
          <w:lang w:eastAsia="zh-TW"/>
        </w:rPr>
        <w:t>哈爾濱，東到海林、</w:t>
      </w:r>
      <w:proofErr w:type="gramStart"/>
      <w:r>
        <w:rPr>
          <w:rFonts w:ascii="Times New Roman" w:eastAsia="標楷體" w:hAnsi="Times New Roman"/>
          <w:sz w:val="24"/>
          <w:lang w:eastAsia="zh-TW"/>
        </w:rPr>
        <w:t>鐵嶺河一帶</w:t>
      </w:r>
      <w:proofErr w:type="gramEnd"/>
      <w:r>
        <w:rPr>
          <w:rFonts w:ascii="Times New Roman" w:eastAsia="標楷體" w:hAnsi="Times New Roman"/>
          <w:sz w:val="24"/>
          <w:lang w:eastAsia="zh-TW"/>
        </w:rPr>
        <w:t>東正教的活動中心。</w:t>
      </w:r>
    </w:p>
    <w:p w14:paraId="7A1614D1" w14:textId="77777777" w:rsidR="00CB4267" w:rsidRDefault="00000000">
      <w:pPr>
        <w:pStyle w:val="5"/>
        <w:rPr>
          <w:lang w:eastAsia="zh-TW"/>
        </w:rPr>
      </w:pPr>
      <w:r>
        <w:rPr>
          <w:rFonts w:ascii="Times New Roman" w:eastAsia="標楷體" w:hAnsi="Times New Roman"/>
          <w:sz w:val="24"/>
          <w:lang w:eastAsia="zh-TW"/>
        </w:rPr>
        <w:t>中東鐵路機車庫</w:t>
      </w:r>
      <w:r>
        <w:rPr>
          <w:rFonts w:ascii="Times New Roman" w:eastAsia="標楷體" w:hAnsi="Times New Roman"/>
          <w:sz w:val="24"/>
          <w:lang w:eastAsia="zh-TW"/>
        </w:rPr>
        <w:br/>
      </w:r>
      <w:r>
        <w:rPr>
          <w:rFonts w:ascii="Times New Roman" w:eastAsia="標楷體" w:hAnsi="Times New Roman"/>
          <w:sz w:val="24"/>
          <w:lang w:eastAsia="zh-TW"/>
        </w:rPr>
        <w:t>由</w:t>
      </w:r>
      <w:r>
        <w:rPr>
          <w:rFonts w:ascii="Times New Roman" w:eastAsia="標楷體" w:hAnsi="Times New Roman"/>
          <w:sz w:val="24"/>
          <w:lang w:eastAsia="zh-TW"/>
        </w:rPr>
        <w:t>15</w:t>
      </w:r>
      <w:r>
        <w:rPr>
          <w:rFonts w:ascii="Times New Roman" w:eastAsia="標楷體" w:hAnsi="Times New Roman"/>
          <w:sz w:val="24"/>
          <w:lang w:eastAsia="zh-TW"/>
        </w:rPr>
        <w:t>個並列庫房呈扇面形蟬聯組成，磚牆</w:t>
      </w:r>
      <w:proofErr w:type="gramStart"/>
      <w:r>
        <w:rPr>
          <w:rFonts w:ascii="Times New Roman" w:eastAsia="標楷體" w:hAnsi="Times New Roman"/>
          <w:sz w:val="24"/>
          <w:lang w:eastAsia="zh-TW"/>
        </w:rPr>
        <w:t>堅</w:t>
      </w:r>
      <w:proofErr w:type="gramEnd"/>
      <w:r>
        <w:rPr>
          <w:rFonts w:ascii="Times New Roman" w:eastAsia="標楷體" w:hAnsi="Times New Roman"/>
          <w:sz w:val="24"/>
          <w:lang w:eastAsia="zh-TW"/>
        </w:rPr>
        <w:t>厚，有</w:t>
      </w:r>
      <w:proofErr w:type="gramStart"/>
      <w:r>
        <w:rPr>
          <w:rFonts w:ascii="Times New Roman" w:eastAsia="標楷體" w:hAnsi="Times New Roman"/>
          <w:sz w:val="24"/>
          <w:lang w:eastAsia="zh-TW"/>
        </w:rPr>
        <w:t>鐵瓦蓋頂</w:t>
      </w:r>
      <w:proofErr w:type="gramEnd"/>
      <w:r>
        <w:rPr>
          <w:rFonts w:ascii="Times New Roman" w:eastAsia="標楷體" w:hAnsi="Times New Roman"/>
          <w:sz w:val="24"/>
          <w:lang w:eastAsia="zh-TW"/>
        </w:rPr>
        <w:t>，總面積約為</w:t>
      </w:r>
      <w:r>
        <w:rPr>
          <w:rFonts w:ascii="Times New Roman" w:eastAsia="標楷體" w:hAnsi="Times New Roman"/>
          <w:sz w:val="24"/>
          <w:lang w:eastAsia="zh-TW"/>
        </w:rPr>
        <w:t>2000</w:t>
      </w:r>
      <w:r>
        <w:rPr>
          <w:rFonts w:ascii="Times New Roman" w:eastAsia="標楷體" w:hAnsi="Times New Roman"/>
          <w:sz w:val="24"/>
          <w:lang w:eastAsia="zh-TW"/>
        </w:rPr>
        <w:t>多平方米，其超大的庫房面積在中東鐵路沿線是獨一無二的。機車庫就像一把打開的小扇，</w:t>
      </w:r>
      <w:r>
        <w:rPr>
          <w:rFonts w:ascii="Times New Roman" w:eastAsia="標楷體" w:hAnsi="Times New Roman"/>
          <w:sz w:val="24"/>
          <w:lang w:eastAsia="zh-TW"/>
        </w:rPr>
        <w:t>15</w:t>
      </w:r>
      <w:r>
        <w:rPr>
          <w:rFonts w:ascii="Times New Roman" w:eastAsia="標楷體" w:hAnsi="Times New Roman"/>
          <w:sz w:val="24"/>
          <w:lang w:eastAsia="zh-TW"/>
        </w:rPr>
        <w:t>個並列的停車位像扇面，小扇的軸心就是當時調轉機車頭的大轉盤。大轉盤伸向</w:t>
      </w:r>
      <w:proofErr w:type="gramStart"/>
      <w:r>
        <w:rPr>
          <w:rFonts w:ascii="Times New Roman" w:eastAsia="標楷體" w:hAnsi="Times New Roman"/>
          <w:sz w:val="24"/>
          <w:lang w:eastAsia="zh-TW"/>
        </w:rPr>
        <w:t>每一扇庫門</w:t>
      </w:r>
      <w:proofErr w:type="gramEnd"/>
      <w:r>
        <w:rPr>
          <w:rFonts w:ascii="Times New Roman" w:eastAsia="標楷體" w:hAnsi="Times New Roman"/>
          <w:sz w:val="24"/>
          <w:lang w:eastAsia="zh-TW"/>
        </w:rPr>
        <w:t>的鐵軌就是扇骨，轉動時調動各停車位上的機車出入車庫。這種</w:t>
      </w:r>
      <w:r>
        <w:rPr>
          <w:rFonts w:ascii="Times New Roman" w:eastAsia="標楷體" w:hAnsi="Times New Roman"/>
          <w:sz w:val="24"/>
          <w:lang w:eastAsia="zh-TW"/>
        </w:rPr>
        <w:t>"</w:t>
      </w:r>
      <w:r>
        <w:rPr>
          <w:rFonts w:ascii="Times New Roman" w:eastAsia="標楷體" w:hAnsi="Times New Roman"/>
          <w:sz w:val="24"/>
          <w:lang w:eastAsia="zh-TW"/>
        </w:rPr>
        <w:t>三位一體</w:t>
      </w:r>
      <w:r>
        <w:rPr>
          <w:rFonts w:ascii="Times New Roman" w:eastAsia="標楷體" w:hAnsi="Times New Roman"/>
          <w:sz w:val="24"/>
          <w:lang w:eastAsia="zh-TW"/>
        </w:rPr>
        <w:t>"</w:t>
      </w:r>
      <w:r>
        <w:rPr>
          <w:rFonts w:ascii="Times New Roman" w:eastAsia="標楷體" w:hAnsi="Times New Roman"/>
          <w:sz w:val="24"/>
          <w:lang w:eastAsia="zh-TW"/>
        </w:rPr>
        <w:t>的完美組合，體現了獨具匠心的設計。如今，掉轉機車頭的「軸心」已經被改造成</w:t>
      </w:r>
      <w:proofErr w:type="gramStart"/>
      <w:r>
        <w:rPr>
          <w:rFonts w:ascii="Times New Roman" w:eastAsia="標楷體" w:hAnsi="Times New Roman"/>
          <w:sz w:val="24"/>
          <w:lang w:eastAsia="zh-TW"/>
        </w:rPr>
        <w:t>了花池</w:t>
      </w:r>
      <w:proofErr w:type="gramEnd"/>
      <w:r>
        <w:rPr>
          <w:rFonts w:ascii="Times New Roman" w:eastAsia="標楷體" w:hAnsi="Times New Roman"/>
          <w:sz w:val="24"/>
          <w:lang w:eastAsia="zh-TW"/>
        </w:rPr>
        <w:t>，「扇骨」也已經被拆除。</w:t>
      </w:r>
    </w:p>
    <w:p w14:paraId="3C298E56" w14:textId="77777777" w:rsidR="00CB4267" w:rsidRDefault="00000000">
      <w:pPr>
        <w:pStyle w:val="5"/>
        <w:rPr>
          <w:lang w:eastAsia="zh-TW"/>
        </w:rPr>
      </w:pPr>
      <w:r>
        <w:rPr>
          <w:rFonts w:ascii="Times New Roman" w:eastAsia="標楷體" w:hAnsi="Times New Roman"/>
          <w:sz w:val="24"/>
          <w:lang w:eastAsia="zh-TW"/>
        </w:rPr>
        <w:t>東北虎林園</w:t>
      </w:r>
      <w:r>
        <w:rPr>
          <w:rFonts w:ascii="Times New Roman" w:eastAsia="標楷體" w:hAnsi="Times New Roman"/>
          <w:sz w:val="24"/>
          <w:lang w:eastAsia="zh-TW"/>
        </w:rPr>
        <w:t>(</w:t>
      </w:r>
      <w:r>
        <w:rPr>
          <w:rFonts w:ascii="Times New Roman" w:eastAsia="標楷體" w:hAnsi="Times New Roman"/>
          <w:sz w:val="24"/>
          <w:lang w:eastAsia="zh-TW"/>
        </w:rPr>
        <w:t>含觀光車</w:t>
      </w:r>
      <w:r>
        <w:rPr>
          <w:rFonts w:ascii="Times New Roman" w:eastAsia="標楷體" w:hAnsi="Times New Roman"/>
          <w:sz w:val="24"/>
          <w:lang w:eastAsia="zh-TW"/>
        </w:rPr>
        <w:t>)</w:t>
      </w:r>
      <w:r>
        <w:rPr>
          <w:rFonts w:ascii="Times New Roman" w:eastAsia="標楷體" w:hAnsi="Times New Roman"/>
          <w:sz w:val="24"/>
          <w:lang w:eastAsia="zh-TW"/>
        </w:rPr>
        <w:br/>
      </w:r>
      <w:r>
        <w:rPr>
          <w:rFonts w:ascii="Times New Roman" w:eastAsia="標楷體" w:hAnsi="Times New Roman"/>
          <w:sz w:val="24"/>
          <w:lang w:eastAsia="zh-TW"/>
        </w:rPr>
        <w:t>位於牡丹江海林市</w:t>
      </w:r>
      <w:proofErr w:type="gramStart"/>
      <w:r>
        <w:rPr>
          <w:rFonts w:ascii="Times New Roman" w:eastAsia="標楷體" w:hAnsi="Times New Roman"/>
          <w:sz w:val="24"/>
          <w:lang w:eastAsia="zh-TW"/>
        </w:rPr>
        <w:t>橫道河子鎮</w:t>
      </w:r>
      <w:proofErr w:type="gramEnd"/>
      <w:r>
        <w:rPr>
          <w:rFonts w:ascii="Times New Roman" w:eastAsia="標楷體" w:hAnsi="Times New Roman"/>
          <w:sz w:val="24"/>
          <w:lang w:eastAsia="zh-TW"/>
        </w:rPr>
        <w:t>，是中國東北地區極大的東北虎繁育、</w:t>
      </w:r>
      <w:proofErr w:type="gramStart"/>
      <w:r>
        <w:rPr>
          <w:rFonts w:ascii="Times New Roman" w:eastAsia="標楷體" w:hAnsi="Times New Roman"/>
          <w:sz w:val="24"/>
          <w:lang w:eastAsia="zh-TW"/>
        </w:rPr>
        <w:t>山林散養基地</w:t>
      </w:r>
      <w:proofErr w:type="gramEnd"/>
      <w:r>
        <w:rPr>
          <w:rFonts w:ascii="Times New Roman" w:eastAsia="標楷體" w:hAnsi="Times New Roman"/>
          <w:sz w:val="24"/>
          <w:lang w:eastAsia="zh-TW"/>
        </w:rPr>
        <w:t>，有著「</w:t>
      </w:r>
      <w:proofErr w:type="gramStart"/>
      <w:r>
        <w:rPr>
          <w:rFonts w:ascii="Times New Roman" w:eastAsia="標楷體" w:hAnsi="Times New Roman"/>
          <w:sz w:val="24"/>
          <w:lang w:eastAsia="zh-TW"/>
        </w:rPr>
        <w:t>中國虎鄉</w:t>
      </w:r>
      <w:proofErr w:type="gramEnd"/>
      <w:r>
        <w:rPr>
          <w:rFonts w:ascii="Times New Roman" w:eastAsia="標楷體" w:hAnsi="Times New Roman"/>
          <w:sz w:val="24"/>
          <w:lang w:eastAsia="zh-TW"/>
        </w:rPr>
        <w:t>」之美稱。虎林園坐落在張廣才嶺山脈佛手山腳下，這里四周群山環繞，園內有山、林、溪，與東北虎自然生長的環境非常相似，特別適合東北虎的飼養繁育</w:t>
      </w:r>
      <w:proofErr w:type="gramStart"/>
      <w:r>
        <w:rPr>
          <w:rFonts w:ascii="Times New Roman" w:eastAsia="標楷體" w:hAnsi="Times New Roman"/>
          <w:sz w:val="24"/>
          <w:lang w:eastAsia="zh-TW"/>
        </w:rPr>
        <w:t>與野化訓練</w:t>
      </w:r>
      <w:proofErr w:type="gramEnd"/>
      <w:r>
        <w:rPr>
          <w:rFonts w:ascii="Times New Roman" w:eastAsia="標楷體" w:hAnsi="Times New Roman"/>
          <w:sz w:val="24"/>
          <w:lang w:eastAsia="zh-TW"/>
        </w:rPr>
        <w:t>。</w:t>
      </w:r>
      <w:r>
        <w:rPr>
          <w:rFonts w:ascii="Times New Roman" w:eastAsia="標楷體" w:hAnsi="Times New Roman"/>
          <w:sz w:val="24"/>
          <w:lang w:eastAsia="zh-TW"/>
        </w:rPr>
        <w:br/>
      </w:r>
      <w:r>
        <w:rPr>
          <w:rFonts w:ascii="Times New Roman" w:eastAsia="標楷體" w:hAnsi="Times New Roman"/>
          <w:sz w:val="24"/>
          <w:lang w:eastAsia="zh-TW"/>
        </w:rPr>
        <w:t>【行車距離】</w:t>
      </w:r>
      <w:proofErr w:type="gramStart"/>
      <w:r>
        <w:rPr>
          <w:rFonts w:ascii="Times New Roman" w:eastAsia="標楷體" w:hAnsi="Times New Roman"/>
          <w:sz w:val="24"/>
          <w:lang w:eastAsia="zh-TW"/>
        </w:rPr>
        <w:t>牡丹江－約</w:t>
      </w:r>
      <w:proofErr w:type="gramEnd"/>
      <w:r>
        <w:rPr>
          <w:rFonts w:ascii="Times New Roman" w:eastAsia="標楷體" w:hAnsi="Times New Roman"/>
          <w:sz w:val="24"/>
          <w:lang w:eastAsia="zh-TW"/>
        </w:rPr>
        <w:t>1.5HR</w:t>
      </w:r>
      <w:proofErr w:type="gramStart"/>
      <w:r>
        <w:rPr>
          <w:rFonts w:ascii="Times New Roman" w:eastAsia="標楷體" w:hAnsi="Times New Roman"/>
          <w:sz w:val="24"/>
          <w:lang w:eastAsia="zh-TW"/>
        </w:rPr>
        <w:t>橫道河子小鎮－約</w:t>
      </w:r>
      <w:proofErr w:type="gramEnd"/>
      <w:r>
        <w:rPr>
          <w:rFonts w:ascii="Times New Roman" w:eastAsia="標楷體" w:hAnsi="Times New Roman"/>
          <w:sz w:val="24"/>
          <w:lang w:eastAsia="zh-TW"/>
        </w:rPr>
        <w:t>3HR</w:t>
      </w:r>
      <w:r>
        <w:rPr>
          <w:rFonts w:ascii="Times New Roman" w:eastAsia="標楷體" w:hAnsi="Times New Roman"/>
          <w:sz w:val="24"/>
          <w:lang w:eastAsia="zh-TW"/>
        </w:rPr>
        <w:t>哈爾濱</w:t>
      </w:r>
    </w:p>
    <w:tbl>
      <w:tblPr>
        <w:tblStyle w:val="-1"/>
        <w:tblW w:w="0" w:type="auto"/>
        <w:tblLook w:val="04A0" w:firstRow="1" w:lastRow="0" w:firstColumn="1" w:lastColumn="0" w:noHBand="0" w:noVBand="1"/>
      </w:tblPr>
      <w:tblGrid>
        <w:gridCol w:w="3600"/>
        <w:gridCol w:w="3600"/>
        <w:gridCol w:w="3600"/>
      </w:tblGrid>
      <w:tr w:rsidR="00CB4267" w14:paraId="3843F878"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21464F30" w14:textId="77777777" w:rsidR="00CB4267" w:rsidRDefault="00000000">
            <w:proofErr w:type="spellStart"/>
            <w:proofErr w:type="gramStart"/>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roofErr w:type="spellEnd"/>
            <w:proofErr w:type="gramEnd"/>
          </w:p>
        </w:tc>
        <w:tc>
          <w:tcPr>
            <w:tcW w:w="3600" w:type="dxa"/>
          </w:tcPr>
          <w:p w14:paraId="2158A507"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w:t>
            </w:r>
            <w:r>
              <w:rPr>
                <w:rFonts w:ascii="Times New Roman" w:eastAsia="標楷體" w:hAnsi="Times New Roman"/>
                <w:sz w:val="24"/>
              </w:rPr>
              <w:t>春餅風味</w:t>
            </w:r>
            <w:r>
              <w:rPr>
                <w:rFonts w:ascii="Times New Roman" w:eastAsia="標楷體" w:hAnsi="Times New Roman"/>
                <w:sz w:val="24"/>
              </w:rPr>
              <w:t>RMB60</w:t>
            </w:r>
          </w:p>
        </w:tc>
        <w:tc>
          <w:tcPr>
            <w:tcW w:w="3600" w:type="dxa"/>
          </w:tcPr>
          <w:p w14:paraId="60BFC70C"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東北</w:t>
            </w:r>
            <w:proofErr w:type="gramStart"/>
            <w:r>
              <w:rPr>
                <w:rFonts w:ascii="Times New Roman" w:eastAsia="標楷體" w:hAnsi="Times New Roman"/>
                <w:sz w:val="24"/>
                <w:lang w:eastAsia="zh-TW"/>
              </w:rPr>
              <w:t>鐵鍋燉風味</w:t>
            </w:r>
            <w:proofErr w:type="gramEnd"/>
            <w:r>
              <w:rPr>
                <w:rFonts w:ascii="Times New Roman" w:eastAsia="標楷體" w:hAnsi="Times New Roman"/>
                <w:sz w:val="24"/>
                <w:lang w:eastAsia="zh-TW"/>
              </w:rPr>
              <w:t>RMB80</w:t>
            </w:r>
          </w:p>
        </w:tc>
      </w:tr>
      <w:tr w:rsidR="00CB4267" w14:paraId="68FAB44F"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229FD6A8"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r>
              <w:rPr>
                <w:rFonts w:ascii="Times New Roman" w:eastAsia="標楷體" w:hAnsi="Times New Roman"/>
                <w:sz w:val="24"/>
                <w:lang w:eastAsia="zh-TW"/>
              </w:rPr>
              <w:t>國際</w:t>
            </w:r>
            <w:r>
              <w:rPr>
                <w:rFonts w:ascii="Times New Roman" w:eastAsia="標楷體" w:hAnsi="Times New Roman"/>
                <w:sz w:val="24"/>
                <w:lang w:eastAsia="zh-TW"/>
              </w:rPr>
              <w:t>5★</w:t>
            </w:r>
            <w:r>
              <w:rPr>
                <w:rFonts w:ascii="Times New Roman" w:eastAsia="標楷體" w:hAnsi="Times New Roman"/>
                <w:sz w:val="24"/>
                <w:lang w:eastAsia="zh-TW"/>
              </w:rPr>
              <w:t>哈爾濱皇冠假日酒店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施柏閣</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永泰喜來</w:t>
            </w:r>
            <w:proofErr w:type="gramEnd"/>
            <w:r>
              <w:rPr>
                <w:rFonts w:ascii="Times New Roman" w:eastAsia="標楷體" w:hAnsi="Times New Roman"/>
                <w:sz w:val="24"/>
                <w:lang w:eastAsia="zh-TW"/>
              </w:rPr>
              <w:t>登酒店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74E42D43" w14:textId="77777777" w:rsidR="00CB4267" w:rsidRDefault="00CB4267">
      <w:pPr>
        <w:rPr>
          <w:lang w:eastAsia="zh-TW"/>
        </w:rPr>
      </w:pPr>
    </w:p>
    <w:p w14:paraId="70A95920" w14:textId="77777777" w:rsidR="00CB4267" w:rsidRDefault="00000000">
      <w:pPr>
        <w:rPr>
          <w:lang w:eastAsia="zh-TW"/>
        </w:rPr>
      </w:pPr>
      <w:r>
        <w:rPr>
          <w:rFonts w:ascii="Times New Roman" w:eastAsia="標楷體" w:hAnsi="Times New Roman"/>
          <w:b/>
          <w:sz w:val="32"/>
          <w:lang w:eastAsia="zh-TW"/>
        </w:rPr>
        <w:t xml:space="preserve">DAY 7 : </w:t>
      </w:r>
      <w:r>
        <w:rPr>
          <w:rFonts w:ascii="Times New Roman" w:eastAsia="標楷體" w:hAnsi="Times New Roman"/>
          <w:b/>
          <w:sz w:val="32"/>
          <w:lang w:eastAsia="zh-TW"/>
        </w:rPr>
        <w:t>哈爾濱【音樂公園網紅大雪人、松花江冰上活動、聖索菲亞教堂、廣場百年</w:t>
      </w:r>
      <w:proofErr w:type="gramStart"/>
      <w:r>
        <w:rPr>
          <w:rFonts w:ascii="Times New Roman" w:eastAsia="標楷體" w:hAnsi="Times New Roman"/>
          <w:b/>
          <w:sz w:val="32"/>
          <w:lang w:eastAsia="zh-TW"/>
        </w:rPr>
        <w:t>濱洲</w:t>
      </w:r>
      <w:proofErr w:type="gramEnd"/>
      <w:r>
        <w:rPr>
          <w:rFonts w:ascii="Times New Roman" w:eastAsia="標楷體" w:hAnsi="Times New Roman"/>
          <w:b/>
          <w:sz w:val="32"/>
          <w:lang w:eastAsia="zh-TW"/>
        </w:rPr>
        <w:t>鐵路橋、防洪紀念塔、史達林公園、中央大街、太陽島雪博會、冰雪大世界】</w:t>
      </w:r>
    </w:p>
    <w:p w14:paraId="2BCD0F25" w14:textId="77777777" w:rsidR="00CB4267" w:rsidRDefault="00000000">
      <w:pPr>
        <w:jc w:val="distribute"/>
      </w:pPr>
      <w:r>
        <w:rPr>
          <w:lang w:eastAsia="zh-TW"/>
        </w:rPr>
        <w:lastRenderedPageBreak/>
        <w:t xml:space="preserve"> </w:t>
      </w:r>
      <w:r>
        <w:rPr>
          <w:noProof/>
        </w:rPr>
        <w:drawing>
          <wp:inline distT="0" distB="0" distL="0" distR="0" wp14:anchorId="42523598" wp14:editId="66DEE248">
            <wp:extent cx="2743200" cy="1613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2"/>
                    <a:stretch>
                      <a:fillRect/>
                    </a:stretch>
                  </pic:blipFill>
                  <pic:spPr>
                    <a:xfrm>
                      <a:off x="0" y="0"/>
                      <a:ext cx="2743200" cy="1613647"/>
                    </a:xfrm>
                    <a:prstGeom prst="rect">
                      <a:avLst/>
                    </a:prstGeom>
                  </pic:spPr>
                </pic:pic>
              </a:graphicData>
            </a:graphic>
          </wp:inline>
        </w:drawing>
      </w:r>
      <w:r>
        <w:rPr>
          <w:noProof/>
        </w:rPr>
        <w:drawing>
          <wp:inline distT="0" distB="0" distL="0" distR="0" wp14:anchorId="0F9BCABD" wp14:editId="66BD5B52">
            <wp:extent cx="2743200" cy="16136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3"/>
                    <a:stretch>
                      <a:fillRect/>
                    </a:stretch>
                  </pic:blipFill>
                  <pic:spPr>
                    <a:xfrm>
                      <a:off x="0" y="0"/>
                      <a:ext cx="2743200" cy="1613647"/>
                    </a:xfrm>
                    <a:prstGeom prst="rect">
                      <a:avLst/>
                    </a:prstGeom>
                  </pic:spPr>
                </pic:pic>
              </a:graphicData>
            </a:graphic>
          </wp:inline>
        </w:drawing>
      </w:r>
    </w:p>
    <w:p w14:paraId="74CAD548" w14:textId="77777777" w:rsidR="00CB4267" w:rsidRDefault="00000000">
      <w:pPr>
        <w:rPr>
          <w:lang w:eastAsia="zh-TW"/>
        </w:rPr>
      </w:pPr>
      <w:r>
        <w:rPr>
          <w:rFonts w:ascii="Times New Roman" w:eastAsia="標楷體" w:hAnsi="Times New Roman"/>
          <w:sz w:val="24"/>
          <w:lang w:eastAsia="zh-TW"/>
        </w:rPr>
        <w:t>今日在哈爾濱度過一日的市區活動，</w:t>
      </w:r>
    </w:p>
    <w:p w14:paraId="24651901" w14:textId="77777777" w:rsidR="00CB4267" w:rsidRDefault="00000000">
      <w:pPr>
        <w:pStyle w:val="5"/>
        <w:rPr>
          <w:lang w:eastAsia="zh-TW"/>
        </w:rPr>
      </w:pPr>
      <w:r>
        <w:rPr>
          <w:rFonts w:ascii="Times New Roman" w:eastAsia="標楷體" w:hAnsi="Times New Roman"/>
          <w:sz w:val="24"/>
          <w:lang w:eastAsia="zh-TW"/>
        </w:rPr>
        <w:lastRenderedPageBreak/>
        <w:t>松花江冰上活動</w:t>
      </w:r>
      <w:r>
        <w:rPr>
          <w:rFonts w:ascii="Times New Roman" w:eastAsia="標楷體" w:hAnsi="Times New Roman"/>
          <w:sz w:val="24"/>
          <w:lang w:eastAsia="zh-TW"/>
        </w:rPr>
        <w:br/>
      </w:r>
      <w:r>
        <w:rPr>
          <w:rFonts w:ascii="Times New Roman" w:eastAsia="標楷體" w:hAnsi="Times New Roman"/>
          <w:sz w:val="24"/>
          <w:lang w:eastAsia="zh-TW"/>
        </w:rPr>
        <w:t>松花江為中國七大河之一，是黑龍江在中國境內的最大支流。冬季的松花江是一個天然的大冰場，這裡是最接近自然冰雪的地方，在此您可以參加豐富多彩的冰上活動，</w:t>
      </w:r>
      <w:proofErr w:type="gramStart"/>
      <w:r>
        <w:rPr>
          <w:rFonts w:ascii="Times New Roman" w:eastAsia="標楷體" w:hAnsi="Times New Roman"/>
          <w:sz w:val="24"/>
          <w:lang w:eastAsia="zh-TW"/>
        </w:rPr>
        <w:t>如觀冬</w:t>
      </w:r>
      <w:proofErr w:type="gramEnd"/>
      <w:r>
        <w:rPr>
          <w:rFonts w:ascii="Times New Roman" w:eastAsia="標楷體" w:hAnsi="Times New Roman"/>
          <w:sz w:val="24"/>
          <w:lang w:eastAsia="zh-TW"/>
        </w:rPr>
        <w:t>泳、</w:t>
      </w:r>
      <w:proofErr w:type="gramStart"/>
      <w:r>
        <w:rPr>
          <w:rFonts w:ascii="Times New Roman" w:eastAsia="標楷體" w:hAnsi="Times New Roman"/>
          <w:sz w:val="24"/>
          <w:lang w:eastAsia="zh-TW"/>
        </w:rPr>
        <w:t>抽冰</w:t>
      </w:r>
      <w:proofErr w:type="gramEnd"/>
      <w:r>
        <w:rPr>
          <w:rFonts w:ascii="Times New Roman" w:eastAsia="標楷體" w:hAnsi="Times New Roman"/>
          <w:sz w:val="24"/>
          <w:lang w:eastAsia="zh-TW"/>
        </w:rPr>
        <w:t>尜、冰爬犁和冰上自行車。</w:t>
      </w:r>
      <w:r>
        <w:rPr>
          <w:rFonts w:ascii="Times New Roman" w:eastAsia="標楷體" w:hAnsi="Times New Roman"/>
          <w:sz w:val="24"/>
          <w:lang w:eastAsia="zh-TW"/>
        </w:rPr>
        <w:t xml:space="preserve"> </w:t>
      </w:r>
      <w:r>
        <w:rPr>
          <w:rFonts w:ascii="Times New Roman" w:eastAsia="標楷體" w:hAnsi="Times New Roman"/>
          <w:sz w:val="24"/>
          <w:lang w:eastAsia="zh-TW"/>
        </w:rPr>
        <w:t>在</w:t>
      </w:r>
      <w:proofErr w:type="gramStart"/>
      <w:r>
        <w:rPr>
          <w:rFonts w:ascii="Times New Roman" w:eastAsia="標楷體" w:hAnsi="Times New Roman"/>
          <w:sz w:val="24"/>
          <w:lang w:eastAsia="zh-TW"/>
        </w:rPr>
        <w:t>松花江上冬泳</w:t>
      </w:r>
      <w:proofErr w:type="gramEnd"/>
      <w:r>
        <w:rPr>
          <w:rFonts w:ascii="Times New Roman" w:eastAsia="標楷體" w:hAnsi="Times New Roman"/>
          <w:sz w:val="24"/>
          <w:lang w:eastAsia="zh-TW"/>
        </w:rPr>
        <w:t>，是延續著哈爾濱冬泳傳統的火苗，展示著哈爾濱冰雪文化的魅力。冬泳愛好者在冰排密</w:t>
      </w:r>
      <w:proofErr w:type="gramStart"/>
      <w:r>
        <w:rPr>
          <w:rFonts w:ascii="Times New Roman" w:eastAsia="標楷體" w:hAnsi="Times New Roman"/>
          <w:sz w:val="24"/>
          <w:lang w:eastAsia="zh-TW"/>
        </w:rPr>
        <w:t>佈</w:t>
      </w:r>
      <w:proofErr w:type="gramEnd"/>
      <w:r>
        <w:rPr>
          <w:rFonts w:ascii="Times New Roman" w:eastAsia="標楷體" w:hAnsi="Times New Roman"/>
          <w:sz w:val="24"/>
          <w:lang w:eastAsia="zh-TW"/>
        </w:rPr>
        <w:t>的松花江</w:t>
      </w:r>
      <w:proofErr w:type="gramStart"/>
      <w:r>
        <w:rPr>
          <w:rFonts w:ascii="Times New Roman" w:eastAsia="標楷體" w:hAnsi="Times New Roman"/>
          <w:sz w:val="24"/>
          <w:lang w:eastAsia="zh-TW"/>
        </w:rPr>
        <w:t>中劈波斬浪，</w:t>
      </w:r>
      <w:proofErr w:type="gramEnd"/>
      <w:r>
        <w:rPr>
          <w:rFonts w:ascii="Times New Roman" w:eastAsia="標楷體" w:hAnsi="Times New Roman"/>
          <w:sz w:val="24"/>
          <w:lang w:eastAsia="zh-TW"/>
        </w:rPr>
        <w:t>鍛煉身體的同時挑戰一下自我。</w:t>
      </w:r>
      <w:r>
        <w:rPr>
          <w:rFonts w:ascii="Times New Roman" w:eastAsia="標楷體" w:hAnsi="Times New Roman"/>
          <w:sz w:val="24"/>
          <w:lang w:eastAsia="zh-TW"/>
        </w:rPr>
        <w:t>(</w:t>
      </w:r>
      <w:r>
        <w:rPr>
          <w:rFonts w:ascii="Times New Roman" w:eastAsia="標楷體" w:hAnsi="Times New Roman"/>
          <w:sz w:val="24"/>
          <w:lang w:eastAsia="zh-TW"/>
        </w:rPr>
        <w:t>實際活動以當地公告為主</w:t>
      </w:r>
      <w:r>
        <w:rPr>
          <w:rFonts w:ascii="Times New Roman" w:eastAsia="標楷體" w:hAnsi="Times New Roman"/>
          <w:sz w:val="24"/>
          <w:lang w:eastAsia="zh-TW"/>
        </w:rPr>
        <w:t>)</w:t>
      </w:r>
      <w:r>
        <w:rPr>
          <w:rFonts w:ascii="Times New Roman" w:eastAsia="標楷體" w:hAnsi="Times New Roman"/>
          <w:sz w:val="24"/>
          <w:lang w:eastAsia="zh-TW"/>
        </w:rPr>
        <w:t>。</w:t>
      </w:r>
    </w:p>
    <w:p w14:paraId="557CF9ED" w14:textId="77777777" w:rsidR="00CB4267" w:rsidRDefault="00000000">
      <w:pPr>
        <w:pStyle w:val="5"/>
        <w:rPr>
          <w:lang w:eastAsia="zh-TW"/>
        </w:rPr>
      </w:pPr>
      <w:r>
        <w:rPr>
          <w:rFonts w:ascii="Times New Roman" w:eastAsia="標楷體" w:hAnsi="Times New Roman"/>
          <w:sz w:val="24"/>
          <w:lang w:eastAsia="zh-TW"/>
        </w:rPr>
        <w:t>音樂公園</w:t>
      </w:r>
      <w:proofErr w:type="gramStart"/>
      <w:r>
        <w:rPr>
          <w:rFonts w:ascii="Times New Roman" w:eastAsia="標楷體" w:hAnsi="Times New Roman"/>
          <w:sz w:val="24"/>
          <w:lang w:eastAsia="zh-TW"/>
        </w:rPr>
        <w:t>網紅大</w:t>
      </w:r>
      <w:proofErr w:type="gramEnd"/>
      <w:r>
        <w:rPr>
          <w:rFonts w:ascii="Times New Roman" w:eastAsia="標楷體" w:hAnsi="Times New Roman"/>
          <w:sz w:val="24"/>
          <w:lang w:eastAsia="zh-TW"/>
        </w:rPr>
        <w:t>雪人</w:t>
      </w:r>
      <w:r>
        <w:rPr>
          <w:rFonts w:ascii="Times New Roman" w:eastAsia="標楷體" w:hAnsi="Times New Roman"/>
          <w:sz w:val="24"/>
          <w:lang w:eastAsia="zh-TW"/>
        </w:rPr>
        <w:br/>
      </w:r>
      <w:r>
        <w:rPr>
          <w:rFonts w:ascii="Times New Roman" w:eastAsia="標楷體" w:hAnsi="Times New Roman"/>
          <w:sz w:val="24"/>
          <w:lang w:eastAsia="zh-TW"/>
        </w:rPr>
        <w:t>大雪人坐落於哈爾濱市區的群力音樂公園的音樂長廊上，是哈爾濱冬天最大的</w:t>
      </w:r>
      <w:proofErr w:type="gramStart"/>
      <w:r>
        <w:rPr>
          <w:rFonts w:ascii="Times New Roman" w:eastAsia="標楷體" w:hAnsi="Times New Roman"/>
          <w:sz w:val="24"/>
          <w:lang w:eastAsia="zh-TW"/>
        </w:rPr>
        <w:t>單體雪塑之一</w:t>
      </w:r>
      <w:proofErr w:type="gramEnd"/>
      <w:r>
        <w:rPr>
          <w:rFonts w:ascii="Times New Roman" w:eastAsia="標楷體" w:hAnsi="Times New Roman"/>
          <w:sz w:val="24"/>
          <w:lang w:eastAsia="zh-TW"/>
        </w:rPr>
        <w:t>。每到冬季落成之後，深受廣大群眾喜愛，每天都有上千人前來參觀打卡，已成為松花江畔冬季的新地標。</w:t>
      </w:r>
    </w:p>
    <w:p w14:paraId="368CECA3" w14:textId="77777777" w:rsidR="00CB4267" w:rsidRDefault="00000000">
      <w:pPr>
        <w:pStyle w:val="5"/>
        <w:rPr>
          <w:lang w:eastAsia="zh-TW"/>
        </w:rPr>
      </w:pPr>
      <w:r>
        <w:rPr>
          <w:rFonts w:ascii="Times New Roman" w:eastAsia="標楷體" w:hAnsi="Times New Roman"/>
          <w:sz w:val="24"/>
          <w:lang w:eastAsia="zh-TW"/>
        </w:rPr>
        <w:t>防洪紀念塔</w:t>
      </w:r>
      <w:r>
        <w:rPr>
          <w:rFonts w:ascii="Times New Roman" w:eastAsia="標楷體" w:hAnsi="Times New Roman"/>
          <w:sz w:val="24"/>
          <w:lang w:eastAsia="zh-TW"/>
        </w:rPr>
        <w:br/>
      </w:r>
      <w:r>
        <w:rPr>
          <w:rFonts w:ascii="Times New Roman" w:eastAsia="標楷體" w:hAnsi="Times New Roman"/>
          <w:sz w:val="24"/>
          <w:lang w:eastAsia="zh-TW"/>
        </w:rPr>
        <w:t>位於哈爾濱市道</w:t>
      </w:r>
      <w:proofErr w:type="gramStart"/>
      <w:r>
        <w:rPr>
          <w:rFonts w:ascii="Times New Roman" w:eastAsia="標楷體" w:hAnsi="Times New Roman"/>
          <w:sz w:val="24"/>
          <w:lang w:eastAsia="zh-TW"/>
        </w:rPr>
        <w:t>裏</w:t>
      </w:r>
      <w:proofErr w:type="gramEnd"/>
      <w:r>
        <w:rPr>
          <w:rFonts w:ascii="Times New Roman" w:eastAsia="標楷體" w:hAnsi="Times New Roman"/>
          <w:sz w:val="24"/>
          <w:lang w:eastAsia="zh-TW"/>
        </w:rPr>
        <w:t>江岸中央大街終點廣場。</w:t>
      </w:r>
      <w:r>
        <w:rPr>
          <w:rFonts w:ascii="Times New Roman" w:eastAsia="標楷體" w:hAnsi="Times New Roman"/>
          <w:sz w:val="24"/>
          <w:lang w:eastAsia="zh-TW"/>
        </w:rPr>
        <w:t>1957</w:t>
      </w:r>
      <w:r>
        <w:rPr>
          <w:rFonts w:ascii="Times New Roman" w:eastAsia="標楷體" w:hAnsi="Times New Roman"/>
          <w:sz w:val="24"/>
          <w:lang w:eastAsia="zh-TW"/>
        </w:rPr>
        <w:t>年，特大洪水威脅哈爾濱市，在全市人民的共同努力下，洪水被戰勝了，於是</w:t>
      </w:r>
      <w:r>
        <w:rPr>
          <w:rFonts w:ascii="Times New Roman" w:eastAsia="標楷體" w:hAnsi="Times New Roman"/>
          <w:sz w:val="24"/>
          <w:lang w:eastAsia="zh-TW"/>
        </w:rPr>
        <w:t>1958</w:t>
      </w:r>
      <w:r>
        <w:rPr>
          <w:rFonts w:ascii="Times New Roman" w:eastAsia="標楷體" w:hAnsi="Times New Roman"/>
          <w:sz w:val="24"/>
          <w:lang w:eastAsia="zh-TW"/>
        </w:rPr>
        <w:t>年建立此塔，以表紀念。</w:t>
      </w:r>
    </w:p>
    <w:p w14:paraId="575F0680" w14:textId="77777777" w:rsidR="00CB4267" w:rsidRDefault="00000000">
      <w:pPr>
        <w:pStyle w:val="5"/>
        <w:rPr>
          <w:lang w:eastAsia="zh-TW"/>
        </w:rPr>
      </w:pPr>
      <w:r>
        <w:rPr>
          <w:rFonts w:ascii="Times New Roman" w:eastAsia="標楷體" w:hAnsi="Times New Roman"/>
          <w:sz w:val="24"/>
          <w:lang w:eastAsia="zh-TW"/>
        </w:rPr>
        <w:t>史達林公園</w:t>
      </w:r>
      <w:r>
        <w:rPr>
          <w:rFonts w:ascii="Times New Roman" w:eastAsia="標楷體" w:hAnsi="Times New Roman"/>
          <w:sz w:val="24"/>
          <w:lang w:eastAsia="zh-TW"/>
        </w:rPr>
        <w:br/>
      </w:r>
      <w:r>
        <w:rPr>
          <w:rFonts w:ascii="Times New Roman" w:eastAsia="標楷體" w:hAnsi="Times New Roman"/>
          <w:sz w:val="24"/>
          <w:lang w:eastAsia="zh-TW"/>
        </w:rPr>
        <w:t>是松花江畔避暑遊覽地之一，與</w:t>
      </w:r>
      <w:proofErr w:type="gramStart"/>
      <w:r>
        <w:rPr>
          <w:rFonts w:ascii="Times New Roman" w:eastAsia="標楷體" w:hAnsi="Times New Roman"/>
          <w:sz w:val="24"/>
          <w:lang w:eastAsia="zh-TW"/>
        </w:rPr>
        <w:t>太陽島隔江</w:t>
      </w:r>
      <w:proofErr w:type="gramEnd"/>
      <w:r>
        <w:rPr>
          <w:rFonts w:ascii="Times New Roman" w:eastAsia="標楷體" w:hAnsi="Times New Roman"/>
          <w:sz w:val="24"/>
          <w:lang w:eastAsia="zh-TW"/>
        </w:rPr>
        <w:t>相望。建於</w:t>
      </w:r>
      <w:r>
        <w:rPr>
          <w:rFonts w:ascii="Times New Roman" w:eastAsia="標楷體" w:hAnsi="Times New Roman"/>
          <w:sz w:val="24"/>
          <w:lang w:eastAsia="zh-TW"/>
        </w:rPr>
        <w:t>1953</w:t>
      </w:r>
      <w:r>
        <w:rPr>
          <w:rFonts w:ascii="Times New Roman" w:eastAsia="標楷體" w:hAnsi="Times New Roman"/>
          <w:sz w:val="24"/>
          <w:lang w:eastAsia="zh-TW"/>
        </w:rPr>
        <w:t>年，原名江畔公園。</w:t>
      </w:r>
      <w:r>
        <w:rPr>
          <w:rFonts w:ascii="Times New Roman" w:eastAsia="標楷體" w:hAnsi="Times New Roman"/>
          <w:sz w:val="24"/>
          <w:lang w:eastAsia="zh-TW"/>
        </w:rPr>
        <w:t xml:space="preserve"> </w:t>
      </w:r>
      <w:r>
        <w:rPr>
          <w:rFonts w:ascii="Times New Roman" w:eastAsia="標楷體" w:hAnsi="Times New Roman"/>
          <w:sz w:val="24"/>
          <w:lang w:eastAsia="zh-TW"/>
        </w:rPr>
        <w:t>公園以防洪勝利紀念塔為中心，以俄羅斯古典式建築風格、遍佈全園的五色草花壇，以及天鵝展翅、三少年等十六組藝術雕塑而</w:t>
      </w:r>
      <w:proofErr w:type="gramStart"/>
      <w:r>
        <w:rPr>
          <w:rFonts w:ascii="Times New Roman" w:eastAsia="標楷體" w:hAnsi="Times New Roman"/>
          <w:sz w:val="24"/>
          <w:lang w:eastAsia="zh-TW"/>
        </w:rPr>
        <w:t>弛</w:t>
      </w:r>
      <w:proofErr w:type="gramEnd"/>
      <w:r>
        <w:rPr>
          <w:rFonts w:ascii="Times New Roman" w:eastAsia="標楷體" w:hAnsi="Times New Roman"/>
          <w:sz w:val="24"/>
          <w:lang w:eastAsia="zh-TW"/>
        </w:rPr>
        <w:t>名。夏季，江水送爽，綠柳成蔭，臨江寬闊的天然浴場，是遊人的消暑勝地；冬季，放眼觀賞北方冰雪世界，賞心悅目，奇妙無比。</w:t>
      </w:r>
    </w:p>
    <w:p w14:paraId="73893BCE" w14:textId="77777777" w:rsidR="00CB4267" w:rsidRDefault="00000000">
      <w:pPr>
        <w:pStyle w:val="5"/>
        <w:rPr>
          <w:lang w:eastAsia="zh-TW"/>
        </w:rPr>
      </w:pPr>
      <w:r>
        <w:rPr>
          <w:rFonts w:ascii="Times New Roman" w:eastAsia="標楷體" w:hAnsi="Times New Roman"/>
          <w:sz w:val="24"/>
          <w:lang w:eastAsia="zh-TW"/>
        </w:rPr>
        <w:t>聖索菲亞教堂廣場</w:t>
      </w:r>
      <w:r>
        <w:rPr>
          <w:rFonts w:ascii="Times New Roman" w:eastAsia="標楷體" w:hAnsi="Times New Roman"/>
          <w:sz w:val="24"/>
          <w:lang w:eastAsia="zh-TW"/>
        </w:rPr>
        <w:br/>
      </w:r>
      <w:r>
        <w:rPr>
          <w:rFonts w:ascii="Times New Roman" w:eastAsia="標楷體" w:hAnsi="Times New Roman"/>
          <w:sz w:val="24"/>
          <w:lang w:eastAsia="zh-TW"/>
        </w:rPr>
        <w:t>遠東地區最大的東正教堂，是拜占庭式建築的典型代表。</w:t>
      </w:r>
      <w:r>
        <w:rPr>
          <w:rFonts w:ascii="Times New Roman" w:eastAsia="標楷體" w:hAnsi="Times New Roman"/>
          <w:sz w:val="24"/>
          <w:lang w:eastAsia="zh-TW"/>
        </w:rPr>
        <w:t>1996</w:t>
      </w:r>
      <w:r>
        <w:rPr>
          <w:rFonts w:ascii="Times New Roman" w:eastAsia="標楷體" w:hAnsi="Times New Roman"/>
          <w:sz w:val="24"/>
          <w:lang w:eastAsia="zh-TW"/>
        </w:rPr>
        <w:t>年</w:t>
      </w:r>
      <w:r>
        <w:rPr>
          <w:rFonts w:ascii="Times New Roman" w:eastAsia="標楷體" w:hAnsi="Times New Roman"/>
          <w:sz w:val="24"/>
          <w:lang w:eastAsia="zh-TW"/>
        </w:rPr>
        <w:t>11</w:t>
      </w:r>
      <w:r>
        <w:rPr>
          <w:rFonts w:ascii="Times New Roman" w:eastAsia="標楷體" w:hAnsi="Times New Roman"/>
          <w:sz w:val="24"/>
          <w:lang w:eastAsia="zh-TW"/>
        </w:rPr>
        <w:t>月，被列為全國重點文物保護單位。巍峨壯美的聖索菲亞教堂，構成了哈爾濱獨具異國情調的人文景觀和城市風情，同時，它又是沙俄入侵東北的歷史見</w:t>
      </w:r>
      <w:proofErr w:type="gramStart"/>
      <w:r>
        <w:rPr>
          <w:rFonts w:ascii="Times New Roman" w:eastAsia="標楷體" w:hAnsi="Times New Roman"/>
          <w:sz w:val="24"/>
          <w:lang w:eastAsia="zh-TW"/>
        </w:rPr>
        <w:t>証</w:t>
      </w:r>
      <w:proofErr w:type="gramEnd"/>
      <w:r>
        <w:rPr>
          <w:rFonts w:ascii="Times New Roman" w:eastAsia="標楷體" w:hAnsi="Times New Roman"/>
          <w:sz w:val="24"/>
          <w:lang w:eastAsia="zh-TW"/>
        </w:rPr>
        <w:t>和研究哈爾濱市近代歷史的</w:t>
      </w:r>
      <w:proofErr w:type="gramStart"/>
      <w:r>
        <w:rPr>
          <w:rFonts w:ascii="Times New Roman" w:eastAsia="標楷體" w:hAnsi="Times New Roman"/>
          <w:sz w:val="24"/>
          <w:lang w:eastAsia="zh-TW"/>
        </w:rPr>
        <w:t>重要珍跡</w:t>
      </w:r>
      <w:proofErr w:type="gramEnd"/>
      <w:r>
        <w:rPr>
          <w:rFonts w:ascii="Times New Roman" w:eastAsia="標楷體" w:hAnsi="Times New Roman"/>
          <w:sz w:val="24"/>
          <w:lang w:eastAsia="zh-TW"/>
        </w:rPr>
        <w:t>。</w:t>
      </w:r>
    </w:p>
    <w:p w14:paraId="72C84FD5" w14:textId="77777777" w:rsidR="00CB4267" w:rsidRDefault="00000000">
      <w:pPr>
        <w:pStyle w:val="5"/>
        <w:rPr>
          <w:lang w:eastAsia="zh-TW"/>
        </w:rPr>
      </w:pPr>
      <w:r>
        <w:rPr>
          <w:rFonts w:ascii="Times New Roman" w:eastAsia="標楷體" w:hAnsi="Times New Roman"/>
          <w:sz w:val="24"/>
          <w:lang w:eastAsia="zh-TW"/>
        </w:rPr>
        <w:t>百年</w:t>
      </w:r>
      <w:proofErr w:type="gramStart"/>
      <w:r>
        <w:rPr>
          <w:rFonts w:ascii="Times New Roman" w:eastAsia="標楷體" w:hAnsi="Times New Roman"/>
          <w:sz w:val="24"/>
          <w:lang w:eastAsia="zh-TW"/>
        </w:rPr>
        <w:t>濱洲</w:t>
      </w:r>
      <w:proofErr w:type="gramEnd"/>
      <w:r>
        <w:rPr>
          <w:rFonts w:ascii="Times New Roman" w:eastAsia="標楷體" w:hAnsi="Times New Roman"/>
          <w:sz w:val="24"/>
          <w:lang w:eastAsia="zh-TW"/>
        </w:rPr>
        <w:t>鐵路橋</w:t>
      </w:r>
      <w:r>
        <w:rPr>
          <w:rFonts w:ascii="Times New Roman" w:eastAsia="標楷體" w:hAnsi="Times New Roman"/>
          <w:sz w:val="24"/>
          <w:lang w:eastAsia="zh-TW"/>
        </w:rPr>
        <w:br/>
      </w:r>
      <w:r>
        <w:rPr>
          <w:rFonts w:ascii="Times New Roman" w:eastAsia="標楷體" w:hAnsi="Times New Roman"/>
          <w:sz w:val="24"/>
          <w:lang w:eastAsia="zh-TW"/>
        </w:rPr>
        <w:t>松花江鐵路大橋是松花江上最早的鐵路大橋，也是哈爾濱的第一</w:t>
      </w:r>
      <w:proofErr w:type="gramStart"/>
      <w:r>
        <w:rPr>
          <w:rFonts w:ascii="Times New Roman" w:eastAsia="標楷體" w:hAnsi="Times New Roman"/>
          <w:sz w:val="24"/>
          <w:lang w:eastAsia="zh-TW"/>
        </w:rPr>
        <w:t>座跨江</w:t>
      </w:r>
      <w:proofErr w:type="gramEnd"/>
      <w:r>
        <w:rPr>
          <w:rFonts w:ascii="Times New Roman" w:eastAsia="標楷體" w:hAnsi="Times New Roman"/>
          <w:sz w:val="24"/>
          <w:lang w:eastAsia="zh-TW"/>
        </w:rPr>
        <w:t>橋梁，它位於哈爾濱松花江畔斯大林公園</w:t>
      </w:r>
      <w:proofErr w:type="gramStart"/>
      <w:r>
        <w:rPr>
          <w:rFonts w:ascii="Times New Roman" w:eastAsia="標楷體" w:hAnsi="Times New Roman"/>
          <w:sz w:val="24"/>
          <w:lang w:eastAsia="zh-TW"/>
        </w:rPr>
        <w:t>東側，</w:t>
      </w:r>
      <w:proofErr w:type="gramEnd"/>
      <w:r>
        <w:rPr>
          <w:rFonts w:ascii="Times New Roman" w:eastAsia="標楷體" w:hAnsi="Times New Roman"/>
          <w:sz w:val="24"/>
          <w:lang w:eastAsia="zh-TW"/>
        </w:rPr>
        <w:t>。同時也是哈市道里、道外兩區的分界橋。在鐵路橋上還有兩段將鋼化玻璃</w:t>
      </w:r>
      <w:proofErr w:type="gramStart"/>
      <w:r>
        <w:rPr>
          <w:rFonts w:ascii="Times New Roman" w:eastAsia="標楷體" w:hAnsi="Times New Roman"/>
          <w:sz w:val="24"/>
          <w:lang w:eastAsia="zh-TW"/>
        </w:rPr>
        <w:t>直接粘</w:t>
      </w:r>
      <w:proofErr w:type="gramEnd"/>
      <w:r>
        <w:rPr>
          <w:rFonts w:ascii="Times New Roman" w:eastAsia="標楷體" w:hAnsi="Times New Roman"/>
          <w:sz w:val="24"/>
          <w:lang w:eastAsia="zh-TW"/>
        </w:rPr>
        <w:t>接於縱</w:t>
      </w:r>
      <w:proofErr w:type="gramStart"/>
      <w:r>
        <w:rPr>
          <w:rFonts w:ascii="Times New Roman" w:eastAsia="標楷體" w:hAnsi="Times New Roman"/>
          <w:sz w:val="24"/>
          <w:lang w:eastAsia="zh-TW"/>
        </w:rPr>
        <w:t>樑</w:t>
      </w:r>
      <w:proofErr w:type="gramEnd"/>
      <w:r>
        <w:rPr>
          <w:rFonts w:ascii="Times New Roman" w:eastAsia="標楷體" w:hAnsi="Times New Roman"/>
          <w:sz w:val="24"/>
          <w:lang w:eastAsia="zh-TW"/>
        </w:rPr>
        <w:t>上的透空玻璃展區，透過玻璃可以直接看到鐵路橋鋼架結構與松花江江面，增加遊覽的趣味性。</w:t>
      </w:r>
    </w:p>
    <w:p w14:paraId="09ABA448" w14:textId="77777777" w:rsidR="00CB4267" w:rsidRDefault="00000000">
      <w:pPr>
        <w:pStyle w:val="5"/>
        <w:rPr>
          <w:lang w:eastAsia="zh-TW"/>
        </w:rPr>
      </w:pPr>
      <w:r>
        <w:rPr>
          <w:rFonts w:ascii="Times New Roman" w:eastAsia="標楷體" w:hAnsi="Times New Roman"/>
          <w:sz w:val="24"/>
          <w:lang w:eastAsia="zh-TW"/>
        </w:rPr>
        <w:t>中央大街</w:t>
      </w:r>
      <w:r>
        <w:rPr>
          <w:rFonts w:ascii="Times New Roman" w:eastAsia="標楷體" w:hAnsi="Times New Roman"/>
          <w:sz w:val="24"/>
          <w:lang w:eastAsia="zh-TW"/>
        </w:rPr>
        <w:t>(</w:t>
      </w:r>
      <w:r>
        <w:rPr>
          <w:rFonts w:ascii="Times New Roman" w:eastAsia="標楷體" w:hAnsi="Times New Roman"/>
          <w:sz w:val="24"/>
          <w:lang w:eastAsia="zh-TW"/>
        </w:rPr>
        <w:t>品嚐</w:t>
      </w:r>
      <w:proofErr w:type="gramStart"/>
      <w:r>
        <w:rPr>
          <w:rFonts w:ascii="Times New Roman" w:eastAsia="標楷體" w:hAnsi="Times New Roman"/>
          <w:sz w:val="24"/>
          <w:lang w:eastAsia="zh-TW"/>
        </w:rPr>
        <w:t>馬迭爾冰棍</w:t>
      </w:r>
      <w:proofErr w:type="gramEnd"/>
      <w:r>
        <w:rPr>
          <w:rFonts w:ascii="Times New Roman" w:eastAsia="標楷體" w:hAnsi="Times New Roman"/>
          <w:sz w:val="24"/>
          <w:lang w:eastAsia="zh-TW"/>
        </w:rPr>
        <w:t>)</w:t>
      </w:r>
      <w:r>
        <w:rPr>
          <w:rFonts w:ascii="Times New Roman" w:eastAsia="標楷體" w:hAnsi="Times New Roman"/>
          <w:sz w:val="24"/>
          <w:lang w:eastAsia="zh-TW"/>
        </w:rPr>
        <w:br/>
      </w:r>
      <w:proofErr w:type="gramStart"/>
      <w:r>
        <w:rPr>
          <w:rFonts w:ascii="Times New Roman" w:eastAsia="標楷體" w:hAnsi="Times New Roman"/>
          <w:sz w:val="24"/>
          <w:lang w:eastAsia="zh-TW"/>
        </w:rPr>
        <w:t>全街建</w:t>
      </w:r>
      <w:proofErr w:type="gramEnd"/>
      <w:r>
        <w:rPr>
          <w:rFonts w:ascii="Times New Roman" w:eastAsia="標楷體" w:hAnsi="Times New Roman"/>
          <w:sz w:val="24"/>
          <w:lang w:eastAsia="zh-TW"/>
        </w:rPr>
        <w:t>有歐式及仿歐式建築</w:t>
      </w:r>
      <w:r>
        <w:rPr>
          <w:rFonts w:ascii="Times New Roman" w:eastAsia="標楷體" w:hAnsi="Times New Roman"/>
          <w:sz w:val="24"/>
          <w:lang w:eastAsia="zh-TW"/>
        </w:rPr>
        <w:t>71</w:t>
      </w:r>
      <w:r>
        <w:rPr>
          <w:rFonts w:ascii="Times New Roman" w:eastAsia="標楷體" w:hAnsi="Times New Roman"/>
          <w:sz w:val="24"/>
          <w:lang w:eastAsia="zh-TW"/>
        </w:rPr>
        <w:t>棟，並匯集了文藝復興、巴洛克、折衷主義及現代多種風格市級保護建築</w:t>
      </w:r>
      <w:r>
        <w:rPr>
          <w:rFonts w:ascii="Times New Roman" w:eastAsia="標楷體" w:hAnsi="Times New Roman"/>
          <w:sz w:val="24"/>
          <w:lang w:eastAsia="zh-TW"/>
        </w:rPr>
        <w:t>13</w:t>
      </w:r>
      <w:r>
        <w:rPr>
          <w:rFonts w:ascii="Times New Roman" w:eastAsia="標楷體" w:hAnsi="Times New Roman"/>
          <w:sz w:val="24"/>
          <w:lang w:eastAsia="zh-TW"/>
        </w:rPr>
        <w:t>棟，是大陸罕見的一條建築藝術長廊，也是目前亞洲最大最長的步行街之</w:t>
      </w:r>
      <w:proofErr w:type="gramStart"/>
      <w:r>
        <w:rPr>
          <w:rFonts w:ascii="Times New Roman" w:eastAsia="標楷體" w:hAnsi="Times New Roman"/>
          <w:sz w:val="24"/>
          <w:lang w:eastAsia="zh-TW"/>
        </w:rPr>
        <w:t>一</w:t>
      </w:r>
      <w:proofErr w:type="gramEnd"/>
      <w:r>
        <w:rPr>
          <w:rFonts w:ascii="Times New Roman" w:eastAsia="標楷體" w:hAnsi="Times New Roman"/>
          <w:sz w:val="24"/>
          <w:lang w:eastAsia="zh-TW"/>
        </w:rPr>
        <w:t>。享受北國自在的購物情趣，市內中央大街上充滿俄羅斯、法式建築物風情，在此可讓您體驗北國人士之風土人情。</w:t>
      </w:r>
    </w:p>
    <w:p w14:paraId="18CA020D" w14:textId="77777777" w:rsidR="00CB4267" w:rsidRDefault="00000000">
      <w:pPr>
        <w:pStyle w:val="5"/>
        <w:rPr>
          <w:lang w:eastAsia="zh-TW"/>
        </w:rPr>
      </w:pPr>
      <w:r>
        <w:rPr>
          <w:rFonts w:ascii="Times New Roman" w:eastAsia="標楷體" w:hAnsi="Times New Roman"/>
          <w:sz w:val="24"/>
          <w:lang w:eastAsia="zh-TW"/>
        </w:rPr>
        <w:t>太陽島國際雪雕藝術博覽會</w:t>
      </w:r>
      <w:r>
        <w:rPr>
          <w:rFonts w:ascii="Times New Roman" w:eastAsia="標楷體" w:hAnsi="Times New Roman"/>
          <w:sz w:val="24"/>
          <w:lang w:eastAsia="zh-TW"/>
        </w:rPr>
        <w:t>(</w:t>
      </w:r>
      <w:r>
        <w:rPr>
          <w:rFonts w:ascii="Times New Roman" w:eastAsia="標楷體" w:hAnsi="Times New Roman"/>
          <w:sz w:val="24"/>
          <w:lang w:eastAsia="zh-TW"/>
        </w:rPr>
        <w:t>含電瓶車</w:t>
      </w:r>
      <w:r>
        <w:rPr>
          <w:rFonts w:ascii="Times New Roman" w:eastAsia="標楷體" w:hAnsi="Times New Roman"/>
          <w:sz w:val="24"/>
          <w:lang w:eastAsia="zh-TW"/>
        </w:rPr>
        <w:t>)</w:t>
      </w:r>
      <w:r>
        <w:rPr>
          <w:rFonts w:ascii="Times New Roman" w:eastAsia="標楷體" w:hAnsi="Times New Roman"/>
          <w:sz w:val="24"/>
          <w:lang w:eastAsia="zh-TW"/>
        </w:rPr>
        <w:br/>
      </w:r>
      <w:r>
        <w:rPr>
          <w:rFonts w:ascii="Times New Roman" w:eastAsia="標楷體" w:hAnsi="Times New Roman"/>
          <w:sz w:val="24"/>
          <w:lang w:eastAsia="zh-TW"/>
        </w:rPr>
        <w:t>冬季的太陽島每年都舉辦聞名中外的雪雕博覽會，近幾年更與日本、加拿大、法國等世界著名冰雪國家聯合舉辦，</w:t>
      </w:r>
      <w:proofErr w:type="gramStart"/>
      <w:r>
        <w:rPr>
          <w:rFonts w:ascii="Times New Roman" w:eastAsia="標楷體" w:hAnsi="Times New Roman"/>
          <w:sz w:val="24"/>
          <w:lang w:eastAsia="zh-TW"/>
        </w:rPr>
        <w:t>以雪雕為</w:t>
      </w:r>
      <w:proofErr w:type="gramEnd"/>
      <w:r>
        <w:rPr>
          <w:rFonts w:ascii="Times New Roman" w:eastAsia="標楷體" w:hAnsi="Times New Roman"/>
          <w:sz w:val="24"/>
          <w:lang w:eastAsia="zh-TW"/>
        </w:rPr>
        <w:t>主題，表現各國風情文化。遊客不僅可以欣賞精雕細刻的國際雪雕作品，還可以參觀氣勢恢宏的</w:t>
      </w:r>
      <w:proofErr w:type="gramStart"/>
      <w:r>
        <w:rPr>
          <w:rFonts w:ascii="Times New Roman" w:eastAsia="標楷體" w:hAnsi="Times New Roman"/>
          <w:sz w:val="24"/>
          <w:lang w:eastAsia="zh-TW"/>
        </w:rPr>
        <w:t>大型雪塑</w:t>
      </w:r>
      <w:proofErr w:type="gramEnd"/>
      <w:r>
        <w:rPr>
          <w:rFonts w:ascii="Times New Roman" w:eastAsia="標楷體" w:hAnsi="Times New Roman"/>
          <w:sz w:val="24"/>
          <w:lang w:eastAsia="zh-TW"/>
        </w:rPr>
        <w:t>。其中很多</w:t>
      </w:r>
      <w:proofErr w:type="gramStart"/>
      <w:r>
        <w:rPr>
          <w:rFonts w:ascii="Times New Roman" w:eastAsia="標楷體" w:hAnsi="Times New Roman"/>
          <w:sz w:val="24"/>
          <w:lang w:eastAsia="zh-TW"/>
        </w:rPr>
        <w:t>大型雪塑作品</w:t>
      </w:r>
      <w:proofErr w:type="gramEnd"/>
      <w:r>
        <w:rPr>
          <w:rFonts w:ascii="Times New Roman" w:eastAsia="標楷體" w:hAnsi="Times New Roman"/>
          <w:sz w:val="24"/>
          <w:lang w:eastAsia="zh-TW"/>
        </w:rPr>
        <w:t>都曾衝擊世界金氏世界紀錄。是中國雪雕藝術的發源地，是中國哈爾濱國際冰雪節的重要組成部分，也是哈爾濱冬季旅遊的最大亮點之</w:t>
      </w:r>
      <w:proofErr w:type="gramStart"/>
      <w:r>
        <w:rPr>
          <w:rFonts w:ascii="Times New Roman" w:eastAsia="標楷體" w:hAnsi="Times New Roman"/>
          <w:sz w:val="24"/>
          <w:lang w:eastAsia="zh-TW"/>
        </w:rPr>
        <w:t>一</w:t>
      </w:r>
      <w:proofErr w:type="gramEnd"/>
      <w:r>
        <w:rPr>
          <w:rFonts w:ascii="Times New Roman" w:eastAsia="標楷體" w:hAnsi="Times New Roman"/>
          <w:sz w:val="24"/>
          <w:lang w:eastAsia="zh-TW"/>
        </w:rPr>
        <w:t>。由於</w:t>
      </w:r>
      <w:proofErr w:type="gramStart"/>
      <w:r>
        <w:rPr>
          <w:rFonts w:ascii="Times New Roman" w:eastAsia="標楷體" w:hAnsi="Times New Roman"/>
          <w:sz w:val="24"/>
          <w:lang w:eastAsia="zh-TW"/>
        </w:rPr>
        <w:t>每年雪博會</w:t>
      </w:r>
      <w:proofErr w:type="gramEnd"/>
      <w:r>
        <w:rPr>
          <w:rFonts w:ascii="Times New Roman" w:eastAsia="標楷體" w:hAnsi="Times New Roman"/>
          <w:sz w:val="24"/>
          <w:lang w:eastAsia="zh-TW"/>
        </w:rPr>
        <w:t>的展出周期（</w:t>
      </w:r>
      <w:r>
        <w:rPr>
          <w:rFonts w:ascii="Times New Roman" w:eastAsia="標楷體" w:hAnsi="Times New Roman"/>
          <w:sz w:val="24"/>
          <w:lang w:eastAsia="zh-TW"/>
        </w:rPr>
        <w:t>60-70</w:t>
      </w:r>
      <w:r>
        <w:rPr>
          <w:rFonts w:ascii="Times New Roman" w:eastAsia="標楷體" w:hAnsi="Times New Roman"/>
          <w:sz w:val="24"/>
          <w:lang w:eastAsia="zh-TW"/>
        </w:rPr>
        <w:t>天），質量高，規模大，所以號稱「世界上最大的冰雪狂歡嘉年華」。</w:t>
      </w:r>
    </w:p>
    <w:p w14:paraId="18BD606D" w14:textId="77777777" w:rsidR="00CB4267" w:rsidRDefault="00000000">
      <w:pPr>
        <w:pStyle w:val="5"/>
        <w:rPr>
          <w:lang w:eastAsia="zh-TW"/>
        </w:rPr>
      </w:pPr>
      <w:r>
        <w:rPr>
          <w:rFonts w:ascii="Times New Roman" w:eastAsia="標楷體" w:hAnsi="Times New Roman"/>
          <w:sz w:val="24"/>
          <w:lang w:eastAsia="zh-TW"/>
        </w:rPr>
        <w:lastRenderedPageBreak/>
        <w:t>冰雪大世界</w:t>
      </w:r>
      <w:r>
        <w:rPr>
          <w:rFonts w:ascii="Times New Roman" w:eastAsia="標楷體" w:hAnsi="Times New Roman"/>
          <w:sz w:val="24"/>
          <w:lang w:eastAsia="zh-TW"/>
        </w:rPr>
        <w:br/>
      </w:r>
      <w:r>
        <w:rPr>
          <w:rFonts w:ascii="Times New Roman" w:eastAsia="標楷體" w:hAnsi="Times New Roman"/>
          <w:sz w:val="24"/>
          <w:lang w:eastAsia="zh-TW"/>
        </w:rPr>
        <w:t>哈爾濱冰雪大世界是哈爾濱冬季旅遊的亮點。是全球規模最大的冰雕展之</w:t>
      </w:r>
      <w:proofErr w:type="gramStart"/>
      <w:r>
        <w:rPr>
          <w:rFonts w:ascii="Times New Roman" w:eastAsia="標楷體" w:hAnsi="Times New Roman"/>
          <w:sz w:val="24"/>
          <w:lang w:eastAsia="zh-TW"/>
        </w:rPr>
        <w:t>一</w:t>
      </w:r>
      <w:proofErr w:type="gramEnd"/>
      <w:r>
        <w:rPr>
          <w:rFonts w:ascii="Times New Roman" w:eastAsia="標楷體" w:hAnsi="Times New Roman"/>
          <w:sz w:val="24"/>
          <w:lang w:eastAsia="zh-TW"/>
        </w:rPr>
        <w:t>。夢幻迷離的冰</w:t>
      </w:r>
      <w:proofErr w:type="gramStart"/>
      <w:r>
        <w:rPr>
          <w:rFonts w:ascii="Times New Roman" w:eastAsia="標楷體" w:hAnsi="Times New Roman"/>
          <w:sz w:val="24"/>
          <w:lang w:eastAsia="zh-TW"/>
        </w:rPr>
        <w:t>冰雪雕碩</w:t>
      </w:r>
      <w:proofErr w:type="gramEnd"/>
      <w:r>
        <w:rPr>
          <w:rFonts w:ascii="Times New Roman" w:eastAsia="標楷體" w:hAnsi="Times New Roman"/>
          <w:sz w:val="24"/>
          <w:lang w:eastAsia="zh-TW"/>
        </w:rPr>
        <w:t>，在雪上展示一片純白，到了</w:t>
      </w:r>
      <w:proofErr w:type="gramStart"/>
      <w:r>
        <w:rPr>
          <w:rFonts w:ascii="Times New Roman" w:eastAsia="標楷體" w:hAnsi="Times New Roman"/>
          <w:sz w:val="24"/>
          <w:lang w:eastAsia="zh-TW"/>
        </w:rPr>
        <w:t>夜晚襯</w:t>
      </w:r>
      <w:proofErr w:type="gramEnd"/>
      <w:r>
        <w:rPr>
          <w:rFonts w:ascii="Times New Roman" w:eastAsia="標楷體" w:hAnsi="Times New Roman"/>
          <w:sz w:val="24"/>
          <w:lang w:eastAsia="zh-TW"/>
        </w:rPr>
        <w:t>著數以萬計的</w:t>
      </w:r>
      <w:r>
        <w:rPr>
          <w:rFonts w:ascii="Times New Roman" w:eastAsia="標楷體" w:hAnsi="Times New Roman"/>
          <w:sz w:val="24"/>
          <w:lang w:eastAsia="zh-TW"/>
        </w:rPr>
        <w:t>LED</w:t>
      </w:r>
      <w:r>
        <w:rPr>
          <w:rFonts w:ascii="Times New Roman" w:eastAsia="標楷體" w:hAnsi="Times New Roman"/>
          <w:sz w:val="24"/>
          <w:lang w:eastAsia="zh-TW"/>
        </w:rPr>
        <w:t>燈，展現五光十色的姿態，照亮在松花江畔。</w:t>
      </w:r>
      <w:r>
        <w:rPr>
          <w:rFonts w:ascii="Times New Roman" w:eastAsia="標楷體" w:hAnsi="Times New Roman"/>
          <w:sz w:val="24"/>
          <w:lang w:eastAsia="zh-TW"/>
        </w:rPr>
        <w:br/>
        <w:t xml:space="preserve"> </w:t>
      </w:r>
      <w:proofErr w:type="gramStart"/>
      <w:r>
        <w:rPr>
          <w:rFonts w:ascii="Times New Roman" w:eastAsia="標楷體" w:hAnsi="Times New Roman"/>
          <w:sz w:val="24"/>
          <w:lang w:eastAsia="zh-TW"/>
        </w:rPr>
        <w:t>註</w:t>
      </w:r>
      <w:proofErr w:type="gramEnd"/>
      <w:r>
        <w:rPr>
          <w:rFonts w:ascii="Times New Roman" w:eastAsia="標楷體" w:hAnsi="Times New Roman"/>
          <w:sz w:val="24"/>
          <w:lang w:eastAsia="zh-TW"/>
        </w:rPr>
        <w:t>：若松花江冰雪大世界未開放則更改為夢幻冰雪館</w:t>
      </w:r>
      <w:r>
        <w:rPr>
          <w:rFonts w:ascii="Times New Roman" w:eastAsia="標楷體" w:hAnsi="Times New Roman"/>
          <w:sz w:val="24"/>
          <w:lang w:eastAsia="zh-TW"/>
        </w:rPr>
        <w:t>-</w:t>
      </w:r>
      <w:r>
        <w:rPr>
          <w:rFonts w:ascii="Times New Roman" w:eastAsia="標楷體" w:hAnsi="Times New Roman"/>
          <w:sz w:val="24"/>
          <w:lang w:eastAsia="zh-TW"/>
        </w:rPr>
        <w:t>室內冰雪大世界。</w:t>
      </w:r>
    </w:p>
    <w:tbl>
      <w:tblPr>
        <w:tblStyle w:val="-1"/>
        <w:tblW w:w="0" w:type="auto"/>
        <w:tblLook w:val="04A0" w:firstRow="1" w:lastRow="0" w:firstColumn="1" w:lastColumn="0" w:noHBand="0" w:noVBand="1"/>
      </w:tblPr>
      <w:tblGrid>
        <w:gridCol w:w="3600"/>
        <w:gridCol w:w="3600"/>
        <w:gridCol w:w="3600"/>
      </w:tblGrid>
      <w:tr w:rsidR="00CB4267" w14:paraId="0066E372"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428F5D0" w14:textId="77777777" w:rsidR="00CB4267" w:rsidRDefault="00000000">
            <w:proofErr w:type="spellStart"/>
            <w:proofErr w:type="gramStart"/>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roofErr w:type="spellEnd"/>
            <w:proofErr w:type="gramEnd"/>
          </w:p>
        </w:tc>
        <w:tc>
          <w:tcPr>
            <w:tcW w:w="3600" w:type="dxa"/>
          </w:tcPr>
          <w:p w14:paraId="226AF997"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午餐</w:t>
            </w:r>
            <w:r>
              <w:rPr>
                <w:rFonts w:ascii="Times New Roman" w:eastAsia="標楷體" w:hAnsi="Times New Roman"/>
                <w:sz w:val="24"/>
                <w:lang w:eastAsia="zh-TW"/>
              </w:rPr>
              <w:t>:</w:t>
            </w:r>
            <w:r>
              <w:rPr>
                <w:rFonts w:ascii="Times New Roman" w:eastAsia="標楷體" w:hAnsi="Times New Roman"/>
                <w:sz w:val="24"/>
                <w:lang w:eastAsia="zh-TW"/>
              </w:rPr>
              <w:t>東北餃子宴</w:t>
            </w:r>
            <w:r>
              <w:rPr>
                <w:rFonts w:ascii="Times New Roman" w:eastAsia="標楷體" w:hAnsi="Times New Roman"/>
                <w:sz w:val="24"/>
                <w:lang w:eastAsia="zh-TW"/>
              </w:rPr>
              <w:t>RMB60</w:t>
            </w:r>
          </w:p>
        </w:tc>
        <w:tc>
          <w:tcPr>
            <w:tcW w:w="3600" w:type="dxa"/>
          </w:tcPr>
          <w:p w14:paraId="7CF5E533" w14:textId="77777777" w:rsidR="00CB4267" w:rsidRDefault="00000000">
            <w:pPr>
              <w:cnfStyle w:val="100000000000" w:firstRow="1" w:lastRow="0" w:firstColumn="0" w:lastColumn="0" w:oddVBand="0" w:evenVBand="0" w:oddHBand="0" w:evenHBand="0" w:firstRowFirstColumn="0" w:firstRowLastColumn="0" w:lastRowFirstColumn="0" w:lastRowLastColumn="0"/>
              <w:rPr>
                <w:lang w:eastAsia="zh-TW"/>
              </w:rPr>
            </w:pPr>
            <w:r>
              <w:rPr>
                <w:rFonts w:ascii="Times New Roman" w:eastAsia="標楷體" w:hAnsi="Times New Roman"/>
                <w:sz w:val="24"/>
                <w:lang w:eastAsia="zh-TW"/>
              </w:rPr>
              <w:t>晚餐</w:t>
            </w:r>
            <w:r>
              <w:rPr>
                <w:rFonts w:ascii="Times New Roman" w:eastAsia="標楷體" w:hAnsi="Times New Roman"/>
                <w:sz w:val="24"/>
                <w:lang w:eastAsia="zh-TW"/>
              </w:rPr>
              <w:t>:</w:t>
            </w:r>
            <w:r>
              <w:rPr>
                <w:rFonts w:ascii="Times New Roman" w:eastAsia="標楷體" w:hAnsi="Times New Roman"/>
                <w:sz w:val="24"/>
                <w:lang w:eastAsia="zh-TW"/>
              </w:rPr>
              <w:t>哈爾濱記憶餐廳</w:t>
            </w:r>
            <w:r>
              <w:rPr>
                <w:rFonts w:ascii="Times New Roman" w:eastAsia="標楷體" w:hAnsi="Times New Roman"/>
                <w:sz w:val="24"/>
                <w:lang w:eastAsia="zh-TW"/>
              </w:rPr>
              <w:t>RMB120</w:t>
            </w:r>
          </w:p>
        </w:tc>
      </w:tr>
      <w:tr w:rsidR="00CB4267" w14:paraId="043DDD70"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06304118" w14:textId="77777777" w:rsidR="00CB4267" w:rsidRDefault="00000000">
            <w:pPr>
              <w:rPr>
                <w:lang w:eastAsia="zh-TW"/>
              </w:rPr>
            </w:pPr>
            <w:r>
              <w:rPr>
                <w:rFonts w:ascii="Times New Roman" w:eastAsia="標楷體" w:hAnsi="Times New Roman"/>
                <w:sz w:val="24"/>
                <w:lang w:eastAsia="zh-TW"/>
              </w:rPr>
              <w:t>住宿</w:t>
            </w:r>
            <w:r>
              <w:rPr>
                <w:rFonts w:ascii="Times New Roman" w:eastAsia="標楷體" w:hAnsi="Times New Roman"/>
                <w:sz w:val="24"/>
                <w:lang w:eastAsia="zh-TW"/>
              </w:rPr>
              <w:t>:</w:t>
            </w:r>
            <w:r>
              <w:rPr>
                <w:rFonts w:ascii="Times New Roman" w:eastAsia="標楷體" w:hAnsi="Times New Roman"/>
                <w:sz w:val="24"/>
                <w:lang w:eastAsia="zh-TW"/>
              </w:rPr>
              <w:t>國際</w:t>
            </w:r>
            <w:r>
              <w:rPr>
                <w:rFonts w:ascii="Times New Roman" w:eastAsia="標楷體" w:hAnsi="Times New Roman"/>
                <w:sz w:val="24"/>
                <w:lang w:eastAsia="zh-TW"/>
              </w:rPr>
              <w:t>5★</w:t>
            </w:r>
            <w:r>
              <w:rPr>
                <w:rFonts w:ascii="Times New Roman" w:eastAsia="標楷體" w:hAnsi="Times New Roman"/>
                <w:sz w:val="24"/>
                <w:lang w:eastAsia="zh-TW"/>
              </w:rPr>
              <w:t>哈爾濱皇冠假日酒店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施柏閣</w:t>
            </w:r>
            <w:proofErr w:type="gramEnd"/>
            <w:r>
              <w:rPr>
                <w:rFonts w:ascii="Times New Roman" w:eastAsia="標楷體" w:hAnsi="Times New Roman"/>
                <w:sz w:val="24"/>
                <w:lang w:eastAsia="zh-TW"/>
              </w:rPr>
              <w:t>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proofErr w:type="gramStart"/>
            <w:r>
              <w:rPr>
                <w:rFonts w:ascii="Times New Roman" w:eastAsia="標楷體" w:hAnsi="Times New Roman"/>
                <w:sz w:val="24"/>
                <w:lang w:eastAsia="zh-TW"/>
              </w:rPr>
              <w:t>永泰喜來</w:t>
            </w:r>
            <w:proofErr w:type="gramEnd"/>
            <w:r>
              <w:rPr>
                <w:rFonts w:ascii="Times New Roman" w:eastAsia="標楷體" w:hAnsi="Times New Roman"/>
                <w:sz w:val="24"/>
                <w:lang w:eastAsia="zh-TW"/>
              </w:rPr>
              <w:t>登酒店</w:t>
            </w:r>
            <w:r>
              <w:rPr>
                <w:rFonts w:ascii="Times New Roman" w:eastAsia="標楷體" w:hAnsi="Times New Roman"/>
                <w:sz w:val="24"/>
                <w:lang w:eastAsia="zh-TW"/>
              </w:rPr>
              <w:t xml:space="preserve"> </w:t>
            </w:r>
            <w:r>
              <w:rPr>
                <w:rFonts w:ascii="Times New Roman" w:eastAsia="標楷體" w:hAnsi="Times New Roman"/>
                <w:sz w:val="24"/>
                <w:lang w:eastAsia="zh-TW"/>
              </w:rPr>
              <w:t>或</w:t>
            </w:r>
            <w:r>
              <w:rPr>
                <w:rFonts w:ascii="Times New Roman" w:eastAsia="標楷體" w:hAnsi="Times New Roman"/>
                <w:sz w:val="24"/>
                <w:lang w:eastAsia="zh-TW"/>
              </w:rPr>
              <w:t xml:space="preserve"> </w:t>
            </w:r>
            <w:r>
              <w:rPr>
                <w:rFonts w:ascii="Times New Roman" w:eastAsia="標楷體" w:hAnsi="Times New Roman"/>
                <w:sz w:val="24"/>
                <w:lang w:eastAsia="zh-TW"/>
              </w:rPr>
              <w:t>同級</w:t>
            </w:r>
          </w:p>
        </w:tc>
      </w:tr>
    </w:tbl>
    <w:p w14:paraId="5464B783" w14:textId="77777777" w:rsidR="00CB4267" w:rsidRDefault="00CB4267">
      <w:pPr>
        <w:rPr>
          <w:lang w:eastAsia="zh-TW"/>
        </w:rPr>
      </w:pPr>
    </w:p>
    <w:p w14:paraId="36E0FB7E" w14:textId="77777777" w:rsidR="00CB4267" w:rsidRDefault="00000000">
      <w:pPr>
        <w:rPr>
          <w:lang w:eastAsia="zh-TW"/>
        </w:rPr>
      </w:pPr>
      <w:r>
        <w:rPr>
          <w:rFonts w:ascii="Times New Roman" w:eastAsia="標楷體" w:hAnsi="Times New Roman"/>
          <w:b/>
          <w:sz w:val="32"/>
          <w:lang w:eastAsia="zh-TW"/>
        </w:rPr>
        <w:t xml:space="preserve">DAY 8 : </w:t>
      </w:r>
      <w:r>
        <w:rPr>
          <w:rFonts w:ascii="Times New Roman" w:eastAsia="標楷體" w:hAnsi="Times New Roman"/>
          <w:b/>
          <w:sz w:val="32"/>
          <w:lang w:eastAsia="zh-TW"/>
        </w:rPr>
        <w:t>哈爾濱－上海浦東機場／桃園國際機場</w:t>
      </w:r>
    </w:p>
    <w:p w14:paraId="701CE0DF" w14:textId="77777777" w:rsidR="00CB4267" w:rsidRDefault="00000000">
      <w:pPr>
        <w:rPr>
          <w:lang w:eastAsia="zh-TW"/>
        </w:rPr>
      </w:pPr>
      <w:r>
        <w:rPr>
          <w:rFonts w:ascii="Times New Roman" w:eastAsia="標楷體" w:hAnsi="Times New Roman"/>
          <w:sz w:val="24"/>
          <w:lang w:eastAsia="zh-TW"/>
        </w:rPr>
        <w:t>早餐後專車前往機場辦理登機手續，搭機經由上海轉機返回台灣，期待與您再次相會！</w:t>
      </w:r>
    </w:p>
    <w:tbl>
      <w:tblPr>
        <w:tblStyle w:val="-1"/>
        <w:tblW w:w="0" w:type="auto"/>
        <w:tblLook w:val="04A0" w:firstRow="1" w:lastRow="0" w:firstColumn="1" w:lastColumn="0" w:noHBand="0" w:noVBand="1"/>
      </w:tblPr>
      <w:tblGrid>
        <w:gridCol w:w="3600"/>
        <w:gridCol w:w="3600"/>
        <w:gridCol w:w="3600"/>
      </w:tblGrid>
      <w:tr w:rsidR="00CB4267" w14:paraId="46C7A5E7" w14:textId="77777777" w:rsidTr="00CB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EEBAB86" w14:textId="77777777" w:rsidR="00CB4267" w:rsidRDefault="00000000">
            <w:proofErr w:type="spellStart"/>
            <w:proofErr w:type="gramStart"/>
            <w:r>
              <w:rPr>
                <w:rFonts w:ascii="Times New Roman" w:eastAsia="標楷體" w:hAnsi="Times New Roman"/>
                <w:sz w:val="24"/>
              </w:rPr>
              <w:t>早餐</w:t>
            </w:r>
            <w:r>
              <w:rPr>
                <w:rFonts w:ascii="Times New Roman" w:eastAsia="標楷體" w:hAnsi="Times New Roman"/>
                <w:sz w:val="24"/>
              </w:rPr>
              <w:t>:</w:t>
            </w:r>
            <w:r>
              <w:rPr>
                <w:rFonts w:ascii="Times New Roman" w:eastAsia="標楷體" w:hAnsi="Times New Roman"/>
                <w:sz w:val="24"/>
              </w:rPr>
              <w:t>酒店內</w:t>
            </w:r>
            <w:proofErr w:type="spellEnd"/>
            <w:proofErr w:type="gramEnd"/>
          </w:p>
        </w:tc>
        <w:tc>
          <w:tcPr>
            <w:tcW w:w="3600" w:type="dxa"/>
          </w:tcPr>
          <w:p w14:paraId="521FE55B"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午餐</w:t>
            </w:r>
            <w:r>
              <w:rPr>
                <w:rFonts w:ascii="Times New Roman" w:eastAsia="標楷體" w:hAnsi="Times New Roman"/>
                <w:sz w:val="24"/>
              </w:rPr>
              <w:t>:</w:t>
            </w:r>
            <w:r>
              <w:rPr>
                <w:rFonts w:ascii="Times New Roman" w:eastAsia="標楷體" w:hAnsi="Times New Roman"/>
                <w:sz w:val="24"/>
              </w:rPr>
              <w:t>機上簡餐</w:t>
            </w:r>
          </w:p>
        </w:tc>
        <w:tc>
          <w:tcPr>
            <w:tcW w:w="3600" w:type="dxa"/>
          </w:tcPr>
          <w:p w14:paraId="2CAEBE4F" w14:textId="77777777" w:rsidR="00CB4267" w:rsidRDefault="00000000">
            <w:pPr>
              <w:cnfStyle w:val="100000000000" w:firstRow="1" w:lastRow="0" w:firstColumn="0" w:lastColumn="0" w:oddVBand="0" w:evenVBand="0" w:oddHBand="0" w:evenHBand="0" w:firstRowFirstColumn="0" w:firstRowLastColumn="0" w:lastRowFirstColumn="0" w:lastRowLastColumn="0"/>
            </w:pPr>
            <w:r>
              <w:rPr>
                <w:rFonts w:ascii="Times New Roman" w:eastAsia="標楷體" w:hAnsi="Times New Roman"/>
                <w:sz w:val="24"/>
              </w:rPr>
              <w:t>晚餐</w:t>
            </w:r>
            <w:r>
              <w:rPr>
                <w:rFonts w:ascii="Times New Roman" w:eastAsia="標楷體" w:hAnsi="Times New Roman"/>
                <w:sz w:val="24"/>
              </w:rPr>
              <w:t>:X</w:t>
            </w:r>
          </w:p>
        </w:tc>
      </w:tr>
      <w:tr w:rsidR="00CB4267" w14:paraId="1C4CED80" w14:textId="77777777" w:rsidTr="00CB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3"/>
          </w:tcPr>
          <w:p w14:paraId="74347A83" w14:textId="77777777" w:rsidR="00CB4267" w:rsidRDefault="00000000">
            <w:r>
              <w:rPr>
                <w:rFonts w:ascii="Times New Roman" w:eastAsia="標楷體" w:hAnsi="Times New Roman"/>
                <w:sz w:val="24"/>
              </w:rPr>
              <w:t>住宿</w:t>
            </w:r>
            <w:r>
              <w:rPr>
                <w:rFonts w:ascii="Times New Roman" w:eastAsia="標楷體" w:hAnsi="Times New Roman"/>
                <w:sz w:val="24"/>
              </w:rPr>
              <w:t>:</w:t>
            </w:r>
            <w:r>
              <w:rPr>
                <w:rFonts w:ascii="Times New Roman" w:eastAsia="標楷體" w:hAnsi="Times New Roman"/>
                <w:sz w:val="24"/>
              </w:rPr>
              <w:t>溫暖的家</w:t>
            </w:r>
            <w:r>
              <w:rPr>
                <w:rFonts w:ascii="Times New Roman" w:eastAsia="標楷體" w:hAnsi="Times New Roman"/>
                <w:sz w:val="24"/>
              </w:rPr>
              <w:t xml:space="preserve"> </w:t>
            </w:r>
            <w:r>
              <w:rPr>
                <w:rFonts w:ascii="Times New Roman" w:eastAsia="標楷體" w:hAnsi="Times New Roman"/>
                <w:sz w:val="24"/>
              </w:rPr>
              <w:t>或</w:t>
            </w:r>
            <w:r>
              <w:rPr>
                <w:rFonts w:ascii="Times New Roman" w:eastAsia="標楷體" w:hAnsi="Times New Roman"/>
                <w:sz w:val="24"/>
              </w:rPr>
              <w:t xml:space="preserve"> </w:t>
            </w:r>
            <w:r>
              <w:rPr>
                <w:rFonts w:ascii="Times New Roman" w:eastAsia="標楷體" w:hAnsi="Times New Roman"/>
                <w:sz w:val="24"/>
              </w:rPr>
              <w:t>同級</w:t>
            </w:r>
          </w:p>
        </w:tc>
      </w:tr>
    </w:tbl>
    <w:p w14:paraId="4E400F5B" w14:textId="77777777" w:rsidR="00CB4267" w:rsidRDefault="00CB4267"/>
    <w:p w14:paraId="0A99F752" w14:textId="77777777" w:rsidR="00CB4267" w:rsidRDefault="00000000">
      <w:r>
        <w:rPr>
          <w:rFonts w:ascii="Times New Roman" w:eastAsia="標楷體" w:hAnsi="Times New Roman"/>
          <w:b/>
          <w:sz w:val="24"/>
          <w:lang w:eastAsia="zh-TW"/>
        </w:rPr>
        <w:t>★★</w:t>
      </w:r>
      <w:r>
        <w:rPr>
          <w:rFonts w:ascii="Times New Roman" w:eastAsia="標楷體" w:hAnsi="Times New Roman"/>
          <w:b/>
          <w:sz w:val="24"/>
          <w:lang w:eastAsia="zh-TW"/>
        </w:rPr>
        <w:t>行程資料雖為制式，為使實務上操作更加順暢，請授權導遊</w:t>
      </w:r>
      <w:r>
        <w:rPr>
          <w:rFonts w:ascii="Times New Roman" w:eastAsia="標楷體" w:hAnsi="Times New Roman"/>
          <w:b/>
          <w:sz w:val="24"/>
          <w:lang w:eastAsia="zh-TW"/>
        </w:rPr>
        <w:t>(</w:t>
      </w:r>
      <w:r>
        <w:rPr>
          <w:rFonts w:ascii="Times New Roman" w:eastAsia="標楷體" w:hAnsi="Times New Roman"/>
          <w:b/>
          <w:sz w:val="24"/>
          <w:lang w:eastAsia="zh-TW"/>
        </w:rPr>
        <w:t>領隊</w:t>
      </w:r>
      <w:r>
        <w:rPr>
          <w:rFonts w:ascii="Times New Roman" w:eastAsia="標楷體" w:hAnsi="Times New Roman"/>
          <w:b/>
          <w:sz w:val="24"/>
          <w:lang w:eastAsia="zh-TW"/>
        </w:rPr>
        <w:t>)</w:t>
      </w:r>
      <w:r>
        <w:rPr>
          <w:rFonts w:ascii="Times New Roman" w:eastAsia="標楷體" w:hAnsi="Times New Roman"/>
          <w:b/>
          <w:sz w:val="24"/>
          <w:lang w:eastAsia="zh-TW"/>
        </w:rPr>
        <w:t>並信任其因實際交通、氣候、突發狀況、旅遊規定等相關因素，以不影響行程之誠信原則作必要的調整。</w:t>
      </w:r>
      <w:r>
        <w:rPr>
          <w:rFonts w:ascii="Times New Roman" w:eastAsia="標楷體" w:hAnsi="Times New Roman"/>
          <w:b/>
          <w:sz w:val="24"/>
        </w:rPr>
        <w:t>★★</w:t>
      </w:r>
    </w:p>
    <w:tbl>
      <w:tblPr>
        <w:tblStyle w:val="aff2"/>
        <w:tblW w:w="0" w:type="auto"/>
        <w:jc w:val="center"/>
        <w:tblLook w:val="04A0" w:firstRow="1" w:lastRow="0" w:firstColumn="1" w:lastColumn="0" w:noHBand="0" w:noVBand="1"/>
      </w:tblPr>
      <w:tblGrid>
        <w:gridCol w:w="5400"/>
        <w:gridCol w:w="5400"/>
      </w:tblGrid>
      <w:tr w:rsidR="00CB4267" w14:paraId="17AF9F2B" w14:textId="77777777">
        <w:trPr>
          <w:jc w:val="center"/>
        </w:trPr>
        <w:tc>
          <w:tcPr>
            <w:tcW w:w="5400" w:type="dxa"/>
          </w:tcPr>
          <w:p w14:paraId="4FB1AF6C" w14:textId="77777777" w:rsidR="00CB4267" w:rsidRDefault="00000000">
            <w:pPr>
              <w:jc w:val="center"/>
            </w:pPr>
            <w:r>
              <w:rPr>
                <w:rFonts w:ascii="Times New Roman" w:eastAsia="標楷體" w:hAnsi="Times New Roman"/>
                <w:b/>
                <w:sz w:val="24"/>
              </w:rPr>
              <w:t>公司</w:t>
            </w:r>
            <w:r>
              <w:rPr>
                <w:rFonts w:ascii="Times New Roman" w:eastAsia="標楷體" w:hAnsi="Times New Roman"/>
                <w:b/>
                <w:sz w:val="24"/>
              </w:rPr>
              <w:t xml:space="preserve">: </w:t>
            </w:r>
            <w:r>
              <w:rPr>
                <w:rFonts w:ascii="Times New Roman" w:eastAsia="標楷體" w:hAnsi="Times New Roman"/>
                <w:b/>
                <w:sz w:val="24"/>
              </w:rPr>
              <w:t>唐林旅行社股份有限公司</w:t>
            </w:r>
          </w:p>
        </w:tc>
        <w:tc>
          <w:tcPr>
            <w:tcW w:w="5400" w:type="dxa"/>
          </w:tcPr>
          <w:p w14:paraId="6EA3A9A2" w14:textId="77777777" w:rsidR="00CB4267" w:rsidRDefault="00000000">
            <w:pPr>
              <w:jc w:val="center"/>
            </w:pPr>
            <w:r>
              <w:rPr>
                <w:rFonts w:ascii="Times New Roman" w:eastAsia="標楷體" w:hAnsi="Times New Roman"/>
                <w:b/>
                <w:sz w:val="24"/>
              </w:rPr>
              <w:t>專員</w:t>
            </w:r>
            <w:r>
              <w:rPr>
                <w:rFonts w:ascii="Times New Roman" w:eastAsia="標楷體" w:hAnsi="Times New Roman"/>
                <w:b/>
                <w:sz w:val="24"/>
              </w:rPr>
              <w:t xml:space="preserve">: </w:t>
            </w:r>
            <w:r>
              <w:rPr>
                <w:rFonts w:ascii="Times New Roman" w:eastAsia="標楷體" w:hAnsi="Times New Roman"/>
                <w:b/>
                <w:sz w:val="24"/>
              </w:rPr>
              <w:t>王聰仁</w:t>
            </w:r>
          </w:p>
        </w:tc>
      </w:tr>
      <w:tr w:rsidR="00CB4267" w14:paraId="39910EE4" w14:textId="77777777">
        <w:trPr>
          <w:jc w:val="center"/>
        </w:trPr>
        <w:tc>
          <w:tcPr>
            <w:tcW w:w="5400" w:type="dxa"/>
          </w:tcPr>
          <w:p w14:paraId="4779FD14" w14:textId="77777777" w:rsidR="00CB4267" w:rsidRDefault="00000000">
            <w:pPr>
              <w:jc w:val="center"/>
            </w:pPr>
            <w:r>
              <w:rPr>
                <w:rFonts w:ascii="Times New Roman" w:eastAsia="標楷體" w:hAnsi="Times New Roman"/>
                <w:b/>
                <w:sz w:val="24"/>
              </w:rPr>
              <w:t>電話</w:t>
            </w:r>
            <w:r>
              <w:rPr>
                <w:rFonts w:ascii="Times New Roman" w:eastAsia="標楷體" w:hAnsi="Times New Roman"/>
                <w:b/>
                <w:sz w:val="24"/>
              </w:rPr>
              <w:t>: 0928-228970</w:t>
            </w:r>
          </w:p>
        </w:tc>
        <w:tc>
          <w:tcPr>
            <w:tcW w:w="5400" w:type="dxa"/>
          </w:tcPr>
          <w:p w14:paraId="2DEEB48B" w14:textId="77777777" w:rsidR="00CB4267" w:rsidRDefault="00000000">
            <w:pPr>
              <w:jc w:val="center"/>
              <w:rPr>
                <w:lang w:eastAsia="zh-TW"/>
              </w:rPr>
            </w:pPr>
            <w:r>
              <w:rPr>
                <w:rFonts w:ascii="Times New Roman" w:eastAsia="標楷體" w:hAnsi="Times New Roman"/>
                <w:b/>
                <w:sz w:val="24"/>
                <w:lang w:eastAsia="zh-TW"/>
              </w:rPr>
              <w:t>服務郵箱</w:t>
            </w:r>
            <w:r>
              <w:rPr>
                <w:rFonts w:ascii="Times New Roman" w:eastAsia="標楷體" w:hAnsi="Times New Roman"/>
                <w:b/>
                <w:sz w:val="24"/>
                <w:lang w:eastAsia="zh-TW"/>
              </w:rPr>
              <w:t>: a16548188@hotmail.com</w:t>
            </w:r>
          </w:p>
        </w:tc>
      </w:tr>
    </w:tbl>
    <w:p w14:paraId="0CF504DE" w14:textId="77777777" w:rsidR="004C17B4" w:rsidRDefault="004C17B4">
      <w:pPr>
        <w:rPr>
          <w:lang w:eastAsia="zh-TW"/>
        </w:rPr>
      </w:pPr>
    </w:p>
    <w:sectPr w:rsidR="004C17B4" w:rsidSect="000346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ED321D22"/>
    <w:lvl w:ilvl="0">
      <w:start w:val="1"/>
      <w:numFmt w:val="bullet"/>
      <w:pStyle w:val="a0"/>
      <w:lvlText w:val=""/>
      <w:lvlJc w:val="left"/>
      <w:pPr>
        <w:tabs>
          <w:tab w:val="num" w:pos="360"/>
        </w:tabs>
        <w:ind w:left="360" w:hanging="360"/>
      </w:pPr>
      <w:rPr>
        <w:rFonts w:ascii="Symbol" w:hAnsi="Symbol" w:hint="default"/>
      </w:rPr>
    </w:lvl>
  </w:abstractNum>
  <w:num w:numId="1" w16cid:durableId="680858733">
    <w:abstractNumId w:val="8"/>
  </w:num>
  <w:num w:numId="2" w16cid:durableId="738862441">
    <w:abstractNumId w:val="6"/>
  </w:num>
  <w:num w:numId="3" w16cid:durableId="549803407">
    <w:abstractNumId w:val="5"/>
  </w:num>
  <w:num w:numId="4" w16cid:durableId="593055187">
    <w:abstractNumId w:val="4"/>
  </w:num>
  <w:num w:numId="5" w16cid:durableId="1690177594">
    <w:abstractNumId w:val="7"/>
  </w:num>
  <w:num w:numId="6" w16cid:durableId="1854227704">
    <w:abstractNumId w:val="3"/>
  </w:num>
  <w:num w:numId="7" w16cid:durableId="1359043538">
    <w:abstractNumId w:val="2"/>
  </w:num>
  <w:num w:numId="8" w16cid:durableId="464281202">
    <w:abstractNumId w:val="1"/>
  </w:num>
  <w:num w:numId="9" w16cid:durableId="2136751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297F2F"/>
    <w:rsid w:val="00326F90"/>
    <w:rsid w:val="00370FE7"/>
    <w:rsid w:val="004C17B4"/>
    <w:rsid w:val="004C1C9B"/>
    <w:rsid w:val="005E717D"/>
    <w:rsid w:val="00627FC1"/>
    <w:rsid w:val="00876772"/>
    <w:rsid w:val="00906FA5"/>
    <w:rsid w:val="00AA1D8D"/>
    <w:rsid w:val="00B47730"/>
    <w:rsid w:val="00CB0664"/>
    <w:rsid w:val="00CB426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B099D"/>
  <w14:defaultImageDpi w14:val="300"/>
  <w15:docId w15:val="{177B839F-B1CC-4517-80B2-B55A61B1B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頁首 字元"/>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頁尾 字元"/>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標題 1 字元"/>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標題 2 字元"/>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標題 3 字元"/>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標題 字元"/>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標題 字元"/>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字元"/>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字元"/>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字元"/>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巨集文字 字元"/>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文 字元"/>
    <w:basedOn w:val="a2"/>
    <w:link w:val="af5"/>
    <w:uiPriority w:val="29"/>
    <w:rsid w:val="00FC693F"/>
    <w:rPr>
      <w:i/>
      <w:iCs/>
      <w:color w:val="000000" w:themeColor="text1"/>
    </w:rPr>
  </w:style>
  <w:style w:type="character" w:customStyle="1" w:styleId="40">
    <w:name w:val="標題 4 字元"/>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標題 5 字元"/>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標題 6 字元"/>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標題 7 字元"/>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標題 8 字元"/>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標題 9 字元"/>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鮮明引文 字元"/>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聰仁 王</cp:lastModifiedBy>
  <cp:revision>5</cp:revision>
  <dcterms:created xsi:type="dcterms:W3CDTF">2013-12-23T23:15:00Z</dcterms:created>
  <dcterms:modified xsi:type="dcterms:W3CDTF">2025-05-22T02:42:00Z</dcterms:modified>
  <cp:category/>
</cp:coreProperties>
</file>